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1" w:name="b_title"/>
      <w:pPr>
        <w:pStyle w:val="Title"/>
      </w:pP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bookmarkEnd w:id="1"/>
    </w:p>
    <w:p>
      <w:pPr/>
      <w:r>
        <w:rPr>
          <w:rFonts w:ascii="DejaVu Serif" w:hAnsi="DejaVu Serif"/>
          <w:color w:val="000000"/>
        </w:rPr>
        <w:t>Seven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register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indexes</w:t>
      </w:r>
    </w:p>
    <w:p>
      <w:pPr/>
      <w:r>
        <w:rPr>
          <w:rFonts w:ascii="DejaVu Serif" w:hAnsi="DejaVu Serif"/>
          <w:color w:val="000000"/>
        </w:rPr>
        <w:t>Review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October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2026</w:t>
      </w:r>
    </w:p>
    <w:p>
      <w:bookmarkStart w:id="2" w:name="b_about_this_sample"/>
      <w:pPr>
        <w:pStyle w:val="Heading1"/>
      </w:pP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bookmarkEnd w:id="2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Robert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The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Anatomy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of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Melancholy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feedback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roughly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hundred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permanent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Supporting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articles.</w:t>
      </w:r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7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articles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191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explained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supporting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vocabulary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records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significant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concordance.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Whole-source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discovery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covered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review.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annotated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EPUB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parallel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DOCX,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sixth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older-English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primary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claimed.</w:t>
      </w:r>
    </w:p>
    <w:p>
      <w:pPr/>
      <w:r>
        <w:rPr>
          <w:rFonts w:ascii="DejaVu Serif" w:hAnsi="DejaVu Serif"/>
          <w:color w:val="000000"/>
        </w:rPr>
        <w:t>Source-page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preliminary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synopsis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anomalous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present-day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remedies.</w:t>
      </w:r>
    </w:p>
    <w:p>
      <w:bookmarkStart w:id="3" w:name="b_contents"/>
      <w:pPr>
        <w:pStyle w:val="Heading1"/>
        <w:pageBreakBefore/>
      </w:pPr>
      <w:r>
        <w:rPr>
          <w:rFonts w:ascii="DejaVu Serif" w:hAnsi="DejaVu Serif"/>
          <w:color w:val="000000"/>
        </w:rPr>
        <w:t>Contents</w:t>
      </w:r>
      <w:bookmarkEnd w:id="3"/>
    </w:p>
    <w:p>
      <w:pPr/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PDF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sample.</w:t>
      </w:r>
    </w:p>
    <w:p>
      <w:pPr>
        <w:pStyle w:val="ListBullet"/>
      </w:pP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</w:t>
      </w:r>
    </w:p>
    <w:p>
      <w:pPr>
        <w:pStyle w:val="ListBullet"/>
      </w:pP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11</w:t>
      </w:r>
    </w:p>
    <w:p>
      <w:pPr>
        <w:pStyle w:val="ListBullet"/>
      </w:pP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19</w:t>
      </w:r>
    </w:p>
    <w:p>
      <w:pPr>
        <w:pStyle w:val="ListBullet"/>
      </w:pP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27</w:t>
      </w:r>
    </w:p>
    <w:p>
      <w:pPr>
        <w:pStyle w:val="ListBullet"/>
      </w:pP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</w:t>
      </w:r>
    </w:p>
    <w:p>
      <w:pPr>
        <w:pStyle w:val="ListBullet"/>
      </w:pP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</w:t>
      </w:r>
    </w:p>
    <w:p>
      <w:pPr>
        <w:pStyle w:val="ListBullet"/>
      </w:pPr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45</w:t>
      </w:r>
    </w:p>
    <w:p>
      <w:pPr>
        <w:pStyle w:val="ListBullet"/>
      </w:pPr>
      <w:hyperlink w:anchor="b_vocabulary">
        <w:r>
          <w:rPr>
            <w:rFonts w:ascii="DejaVu Serif" w:hAnsi="DejaVu Serif"/>
            <w:color w:val="000000"/>
          </w:rPr>
          <w:t>Explained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vocabulary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56</w:t>
      </w:r>
    </w:p>
    <w:p>
      <w:pPr>
        <w:pStyle w:val="ListBullet"/>
      </w:pPr>
      <w:hyperlink w:anchor="b_argument_map">
        <w:r>
          <w:rPr>
            <w:rFonts w:ascii="DejaVu Serif" w:hAnsi="DejaVu Serif"/>
            <w:color w:val="000000"/>
          </w:rPr>
          <w:t>Argument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source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map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83</w:t>
      </w:r>
    </w:p>
    <w:p>
      <w:pPr>
        <w:pStyle w:val="ListBullet"/>
      </w:pPr>
      <w:hyperlink w:anchor="b_passage_index">
        <w:r>
          <w:rPr>
            <w:rFonts w:ascii="DejaVu Serif" w:hAnsi="DejaVu Serif"/>
            <w:color w:val="000000"/>
          </w:rPr>
          <w:t>Passage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index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84</w:t>
      </w:r>
    </w:p>
    <w:p>
      <w:pPr>
        <w:pStyle w:val="ListBullet"/>
      </w:pPr>
      <w:hyperlink w:anchor="b_thematic_index">
        <w:r>
          <w:rPr>
            <w:rFonts w:ascii="DejaVu Serif" w:hAnsi="DejaVu Serif"/>
            <w:color w:val="000000"/>
          </w:rPr>
          <w:t>Thematic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index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88</w:t>
      </w:r>
    </w:p>
    <w:p>
      <w:pPr>
        <w:pStyle w:val="ListBullet"/>
      </w:pPr>
      <w:hyperlink w:anchor="b_original_form_index">
        <w:r>
          <w:rPr>
            <w:rFonts w:ascii="DejaVu Serif" w:hAnsi="DejaVu Serif"/>
            <w:color w:val="000000"/>
          </w:rPr>
          <w:t>Original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form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index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89</w:t>
      </w:r>
    </w:p>
    <w:p>
      <w:pPr>
        <w:pStyle w:val="ListBullet"/>
      </w:pPr>
      <w:hyperlink w:anchor="b_english_lookup">
        <w:r>
          <w:rPr>
            <w:rFonts w:ascii="DejaVu Serif" w:hAnsi="DejaVu Serif"/>
            <w:color w:val="000000"/>
          </w:rPr>
          <w:t>Modern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English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lookup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94</w:t>
      </w:r>
    </w:p>
    <w:p>
      <w:bookmarkStart w:id="4" w:name="b_bal_0001"/>
      <w:pPr>
        <w:pStyle w:val="Heading1"/>
        <w:pageBreakBefore/>
      </w:pPr>
      <w:r>
        <w:rPr>
          <w:rFonts w:ascii="DejaVu Serif" w:hAnsi="DejaVu Serif"/>
          <w:color w:val="000000"/>
        </w:rPr>
        <w:t>Melancholy</w:t>
      </w:r>
      <w:bookmarkEnd w:id="4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5" w:name="b_the_word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5"/>
    </w:p>
    <w:p>
      <w:pPr/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wrongly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situated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adjective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displeasure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absorbing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reflection.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replaced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present-day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diagnosis.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Μελαγχολία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Μελαιναχόλη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atra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bilis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learned,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initially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fantasy.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however,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quantity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(DJR-002-13;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DJR-003-11;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DJR-027-03,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32–35;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DJR-038-07.)</w:t>
      </w:r>
    </w:p>
    <w:p>
      <w:bookmarkStart w:id="6" w:name="b_in_the_work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6"/>
    </w:p>
    <w:p>
      <w:bookmarkStart w:id="7" w:name="b_the_writers_experience_and_the_worl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bookmarkEnd w:id="7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self-help.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Democritus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dissects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atra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bilis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Democritus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Junior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provisionally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mistress,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Egeria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affliction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antidote.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melancholizing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rhetorical,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(DJR-002-13;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DJR-003-07–11.)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improper,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indictment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(DJR-007-08.)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envy,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ambition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apart;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recognize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indictment.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address’s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improperly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satire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(DJR-011-18–19;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DJR-019-15–19.)</w:t>
      </w:r>
    </w:p>
    <w:p>
      <w:bookmarkStart w:id="8" w:name="b_a_disposition_that_can_become_a_hab"/>
      <w:pPr>
        <w:pStyle w:val="Heading3"/>
      </w:pP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bookmarkEnd w:id="8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habit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sickness,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displeasure.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improper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study,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unreal.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Mortality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wisdom,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piety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uninterrupted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happiness.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(DJR-023-01–13.)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susceptibility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flea-biting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intolerable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complexion,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digestion,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ribs.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morbus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sonticus,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Chronicus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difficult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intermittent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complicate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(DJR-023-14–19;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DJR-061-08–12.)</w:t>
      </w:r>
    </w:p>
    <w:p>
      <w:pPr/>
      <w:r>
        <w:rPr>
          <w:rFonts w:ascii="DejaVu Serif" w:hAnsi="DejaVu Serif"/>
          <w:color w:val="000000"/>
        </w:rPr>
        <w:t>Solitude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delightfully,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building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gradually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business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unwelcome.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pattern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absorption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weariness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profitable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solitude.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disabling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(DJR-038-06–12.)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shame-driven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humiliation.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failure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corners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brooding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disgrace,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fantasy.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(DJR-040-29–31.)</w:t>
      </w:r>
    </w:p>
    <w:p>
      <w:bookmarkStart w:id="9" w:name="b_the_useful_humour_and_the_diseased_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bookmarkEnd w:id="9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bridle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nourishes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bones.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existence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quantity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Adustion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cold-and-dry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mixture.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(DJR-023-27–34;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DJR-027-30–42.)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phlegm;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rarely.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phlegmatic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disparagingly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Asininam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melancholiam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asinine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dullness,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behaviour.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weeping,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fondness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fishing,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dreams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drowning.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pattern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subtype’s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neutral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(DJR-027-36–38;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DJR-060-15–18.)</w:t>
      </w:r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across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Montanus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Arculanus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Hercules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Saxonia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four-humour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acquisite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artificial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cluster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taxonomy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spanning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Montaltus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derangement.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(DJR-027-32–35,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DJR-057-12–15.)</w:t>
      </w:r>
    </w:p>
    <w:p>
      <w:bookmarkStart w:id="10" w:name="b_definition_fear_and_sorrow"/>
      <w:pPr>
        <w:pStyle w:val="Heading3"/>
      </w:pPr>
      <w:r>
        <w:rPr>
          <w:rFonts w:ascii="DejaVu Serif" w:hAnsi="DejaVu Serif"/>
          <w:color w:val="000000"/>
        </w:rPr>
        <w:t>Definition,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bookmarkEnd w:id="10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dotage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accompanied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dotage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frenzy;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nearby.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strongest-looking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laugh,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exhibit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unusual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boldness.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(DJR-022-19–21;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DJR-027-04–12.)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inherited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overconfident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Inspired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counterinstances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alwayes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fearfull,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blood-associated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theatrical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performances;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Brunsellius’s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prolonged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laughter,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however,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weakens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health.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(DJR-058-23–27;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DJR-060-19–22.)</w:t>
      </w:r>
    </w:p>
    <w:p>
      <w:pPr/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immediate-cause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terrifying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adequate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danger.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healthy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seriously: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drop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exhortation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coexist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affairs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error.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(DJR-058-47–51;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DJR-061-08–09;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DJR-063-18–26.)</w:t>
      </w:r>
    </w:p>
    <w:p>
      <w:bookmarkStart w:id="11" w:name="b_parts_faculties_and_disputed_kinds"/>
      <w:pPr>
        <w:pStyle w:val="Heading3"/>
      </w:pPr>
      <w:r>
        <w:rPr>
          <w:rFonts w:ascii="DejaVu Serif" w:hAnsi="DejaVu Serif"/>
          <w:color w:val="000000"/>
        </w:rPr>
        <w:t>Parts,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bookmarkEnd w:id="11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melancholy?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levels.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consent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sympathetic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provisionally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indirectly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(DJR-027-14–23.)</w:t>
      </w:r>
    </w:p>
    <w:p>
      <w:pPr/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adopts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fault;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whole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hypochondriacal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windy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abdominal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spleen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mesentery.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Hypochondriacal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ribs.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intermittent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womb,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indefinitely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indefinitely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(DJR-027-43–53.)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threefold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uncertainty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altogether.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types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government: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geometrical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ratios,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melancholicus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octo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eighth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proportions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(DJR-027-54–61;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DJR-061-10.)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inward-causes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traffic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reciprocal.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distemper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untuned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torch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flavour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infirmities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avoidable.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(DJR-056-39–59.)</w:t>
      </w:r>
    </w:p>
    <w:p>
      <w:bookmarkStart w:id="12" w:name="b_wit_love_and_religion"/>
      <w:pPr>
        <w:pStyle w:val="Heading3"/>
      </w:pPr>
      <w:r>
        <w:rPr>
          <w:rFonts w:ascii="DejaVu Serif" w:hAnsi="DejaVu Serif"/>
          <w:color w:val="000000"/>
        </w:rPr>
        <w:t>Wit,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religion</w:t>
      </w:r>
      <w:bookmarkEnd w:id="12"/>
    </w:p>
    <w:p>
      <w:pPr/>
      <w:r>
        <w:rPr>
          <w:rFonts w:ascii="DejaVu Serif" w:hAnsi="DejaVu Serif"/>
          <w:color w:val="000000"/>
        </w:rPr>
        <w:t>Melancholy’s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rehearses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incompatible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mixtures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Fracastorius’s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selective: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but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all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learning’s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(DJR-060-22;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DJR-064-04–08.)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education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inclinations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defect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monstrous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poysoned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Melanchthon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atheism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impiety,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(DJR-161-30.)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DJR-156-10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foretaste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happiness,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(DJR-027-50–53;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DJR-151-21–24;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DJR-156-03–13;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DJR-161-28.)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temporary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afflict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equivalent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reprobation.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blasphemous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cooperate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reassurance.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(DJR-163-39–40;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DJR-167-27–35.)</w:t>
      </w:r>
    </w:p>
    <w:p>
      <w:bookmarkStart w:id="13" w:name="b_cure_relief_and_prevention"/>
      <w:pPr>
        <w:pStyle w:val="Heading3"/>
      </w:pPr>
      <w:r>
        <w:rPr>
          <w:rFonts w:ascii="DejaVu Serif" w:hAnsi="DejaVu Serif"/>
          <w:color w:val="000000"/>
        </w:rPr>
        <w:t>Cure,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prevention</w:t>
      </w:r>
      <w:bookmarkEnd w:id="13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expectations.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prognosis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incurable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inveterate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hardly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cured.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hereditary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Montanus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relapse.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statue’s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crevices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lingering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remnants.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inveterate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announced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method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surgery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threefold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arrangement;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(DJR-065-06–12;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DJR-067-34–35;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DJR-068-02–06;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DJR-070-03–09.)</w:t>
      </w:r>
    </w:p>
    <w:p>
      <w:pPr/>
      <w:r>
        <w:rPr>
          <w:rFonts w:ascii="DejaVu Serif" w:hAnsi="DejaVu Serif"/>
          <w:color w:val="000000"/>
        </w:rPr>
        <w:t>Consolation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wariness,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sobriety.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comforts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(DJR-098-24–37.)</w:t>
      </w:r>
    </w:p>
    <w:p>
      <w:pPr/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self-application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worsen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aggravating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began.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unoccupied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self-directed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(DJR-084-03–05.)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recreation,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solitary,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idle.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situated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today.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(DJR-058-42–46;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DJR-067-36–51;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DJR-069-38–42;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DJR-085-23–26;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DJR-169-26–32.)</w:t>
      </w:r>
    </w:p>
    <w:p>
      <w:bookmarkStart w:id="14" w:name="b_places_to_read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14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Democritus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Junior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Reader,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4–6;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DJR-002-13;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DJR-003-07–11.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mistress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melancholizing.</w:t>
      </w:r>
      <w:r>
        <w:rPr>
          <w:rFonts w:ascii="DejaVu Serif" w:hAnsi="DejaVu Serif"/>
          <w:color w:val="000000"/>
        </w:rPr>
        <w:t>”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Reader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address,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18,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39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76;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DJR-007-08;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DJR-011-18–19;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DJR-019-15–19.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1.1.1.4–5,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8–13;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DJR-022-19–24,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38–39;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DJR-023-01–19.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frenzy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susceptibility,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growth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1.1.2.2,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14–15;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DJR-023-27–36.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1.1.3.1–2,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31–33;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DJR-027-03–29.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1.1.3.3–4,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33–37;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DJR-027-30–61.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adustion,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Solitariness,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88–89;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DJR-038-06–12.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melancholizing,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disabling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preoccupation,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Shame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disgrace,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99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[supplied];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DJR-040-29–31.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corners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brooding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humiliation.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bracketed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Inward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172–175;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DJR-056-39–59;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DJR-057-01–15.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Reciprocal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Symptoms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mind,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180–183;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DJR-058-21–27,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42–51.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symptom-reading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aggravate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self-application,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Humoral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individual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variation,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191–192,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194–195;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DJR-060-14–23;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DJR-061-02–12.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Asinine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sanguine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mirth,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inspiration,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education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ratios.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Immediate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symptoms,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205–208;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DJR-063-18–26;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DJR-064-01–11.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exhortation,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Prognosis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opening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212–213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216;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DJR-065-06–12;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DJR-067-34–35.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difficulty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renewed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jumps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Lawfulness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medical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care,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216–220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(scan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327–328),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220–222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229–231;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DJR-067-36–51;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DJR-068-02–06;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DJR-069-38–42;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DJR-070-03–09.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accompanies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indiscriminately.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Help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from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friends,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294–295;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DJR-084-03–05.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self-directed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individual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grievance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reassurance.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Music,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301;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DJR-085-23–26.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aggravation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fixation.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Consolation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itself,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361–362;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DJR-098-24–37.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reversals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light.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632–633;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DJR-151-21–24.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contested;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inclinations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practice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abuse,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655–657;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DJR-156-03–13.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delusion.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defect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despair,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683,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694,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711–713;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DJR-161-28,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DJR-163-39–40;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DJR-167-27–35.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deficiency;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temporary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Conclusion,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722–723;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DJR-169-26–32.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aggravating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disabling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idleness.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Unnumbered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Table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closing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notice;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DJR-172-013.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equivocations,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references,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lexicon.</w:t>
      </w:r>
    </w:p>
    <w:p>
      <w:bookmarkStart w:id="15" w:name="b_in_this_edition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1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replacing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DJR-002-13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atra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bilis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black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Choler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older-English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etymological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translator.</w:t>
      </w:r>
    </w:p>
    <w:p>
      <w:pPr/>
      <w:r>
        <w:rPr>
          <w:rFonts w:ascii="DejaVu Serif" w:hAnsi="DejaVu Serif"/>
          <w:b/>
          <w:color w:val="000000"/>
        </w:rPr>
        <w:t>Melancholizing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(DJR-003-11),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fantasy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(DJR-038-07).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DJR-084-04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grammatical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corners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brood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corners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(DJR-040-30).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hot-and-dry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(DJR-057-14),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Asininam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Asinine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(DJR-060-16).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disparaging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assessment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DJR-061-10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melancholicus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eighth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proportions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mistaken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mel.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equivocations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(DJR-172-013).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abbreviated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source-page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ambiguous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topic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contextual.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habit,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older-English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cites.</w:t>
      </w:r>
    </w:p>
    <w:p>
      <w:bookmarkStart w:id="16" w:name="b_see_also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16"/>
    </w:p>
    <w:p>
      <w:pPr/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2">
        <w:r>
          <w:rPr>
            <w:rFonts w:ascii="DejaVu Serif" w:hAnsi="DejaVu Serif"/>
            <w:color w:val="000000"/>
          </w:rPr>
          <w:t>BAL-0002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self-application;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3">
        <w:r>
          <w:rPr>
            <w:rFonts w:ascii="DejaVu Serif" w:hAnsi="DejaVu Serif"/>
            <w:color w:val="000000"/>
          </w:rPr>
          <w:t>BAL-0003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4">
        <w:r>
          <w:rPr>
            <w:rFonts w:ascii="DejaVu Serif" w:hAnsi="DejaVu Serif"/>
            <w:color w:val="000000"/>
          </w:rPr>
          <w:t>BAL-0004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5">
        <w:r>
          <w:rPr>
            <w:rFonts w:ascii="DejaVu Serif" w:hAnsi="DejaVu Serif"/>
            <w:color w:val="000000"/>
          </w:rPr>
          <w:t>BAL-0005</w:t>
        </w:r>
      </w:hyperlink>
      <w:r>
        <w:rPr>
          <w:rFonts w:ascii="DejaVu Serif" w:hAnsi="DejaVu Serif"/>
          <w:color w:val="000000"/>
        </w:rPr>
        <w:t>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6">
        <w:r>
          <w:rPr>
            <w:rFonts w:ascii="DejaVu Serif" w:hAnsi="DejaVu Serif"/>
            <w:color w:val="000000"/>
          </w:rPr>
          <w:t>BAL-0006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7">
        <w:r>
          <w:rPr>
            <w:rFonts w:ascii="DejaVu Serif" w:hAnsi="DejaVu Serif"/>
            <w:color w:val="000000"/>
          </w:rPr>
          <w:t>BAL-0007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</w:p>
    <w:p>
      <w:pPr/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Adust;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Hypochondria;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Solitude;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Study;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Enthusiasm;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Cure.</w:t>
      </w:r>
    </w:p>
    <w:p>
      <w:bookmarkStart w:id="17" w:name="b_bal_0002"/>
      <w:pPr>
        <w:pStyle w:val="Heading1"/>
        <w:pageBreakBefore/>
      </w:pPr>
      <w:r>
        <w:rPr>
          <w:rFonts w:ascii="DejaVu Serif" w:hAnsi="DejaVu Serif"/>
          <w:color w:val="000000"/>
        </w:rPr>
        <w:t>Imagination</w:t>
      </w:r>
      <w:bookmarkEnd w:id="17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18" w:name="b_the_word_1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18"/>
    </w:p>
    <w:p>
      <w:pPr/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apprehending,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recalling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Phantasie,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Æstimative,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Cogitative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estimative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situated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information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handles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perception,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recollection,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fanciful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error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creativity.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(DJR-025-04,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17–20.)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strong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conceit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apprehension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necessarily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species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læsa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imaginatio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læsa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corrupt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crased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phantasie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condemn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(DJR-039-03,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08,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DJR-115-60,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DJR-169-01.)</w:t>
      </w:r>
    </w:p>
    <w:p>
      <w:bookmarkStart w:id="19" w:name="b_in_the_work_1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19"/>
    </w:p>
    <w:p>
      <w:bookmarkStart w:id="20" w:name="b_receiving_keeping_and_making_forms"/>
      <w:pPr>
        <w:pStyle w:val="Heading3"/>
      </w:pPr>
      <w:r>
        <w:rPr>
          <w:rFonts w:ascii="DejaVu Serif" w:hAnsi="DejaVu Serif"/>
          <w:color w:val="000000"/>
        </w:rPr>
        <w:t>Receiving,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bookmarkEnd w:id="20"/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intelligible.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expected.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coordinates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information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operation.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(DJR-025-03–05,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17–20.)</w:t>
      </w:r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embodied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ventricle;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middle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cell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Brain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cavity.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posterior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summarizing.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(DJR-024-18–19;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DJR-039-02.)</w:t>
      </w:r>
    </w:p>
    <w:p>
      <w:pPr/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understanding.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understanding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abstracts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intelligible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entrusts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understanding.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invariably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poets’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painters’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Anticks,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grotesque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fanciful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Ovid’s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Psyche’s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Apuleius.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mathematicians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constructions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(DJR-026-27–29;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DJR-039-13.)</w:t>
      </w:r>
    </w:p>
    <w:p>
      <w:bookmarkStart w:id="21" w:name="b_a_faculty_that_moves_the_body"/>
      <w:pPr>
        <w:pStyle w:val="Heading3"/>
      </w:pP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bookmarkEnd w:id="21"/>
    </w:p>
    <w:p>
      <w:pPr/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picture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gallery.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end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efficient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subordinate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higher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tendons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transmit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limb.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(DJR-025-19,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30–32.)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digestion,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magnifies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communicates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emotional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(DJR-039-01–04.)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adopting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Arnoldus’s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distemper.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reciprocal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medium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deferens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proportioned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heightened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(DJR-039-03–09,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34.)</w:t>
      </w:r>
    </w:p>
    <w:p>
      <w:bookmarkStart w:id="22" w:name="b_sleep_waking_invention_and_the_appe"/>
      <w:pPr>
        <w:pStyle w:val="Heading3"/>
      </w:pPr>
      <w:r>
        <w:rPr>
          <w:rFonts w:ascii="DejaVu Serif" w:hAnsi="DejaVu Serif"/>
          <w:color w:val="000000"/>
        </w:rPr>
        <w:t>Sleep,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</w:t>
      </w:r>
      <w:bookmarkEnd w:id="22"/>
    </w:p>
    <w:p>
      <w:pPr/>
      <w:r>
        <w:rPr>
          <w:rFonts w:ascii="DejaVu Serif" w:hAnsi="DejaVu Serif"/>
          <w:color w:val="000000"/>
        </w:rPr>
        <w:t>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suspended,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awkward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recognizes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dream,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obstructing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until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obstruction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disperses.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(DJR-025-21–22.)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digression,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framework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crushing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Incubus,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Witch-ridden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oppressive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sleepwalking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sequential: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walks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awake.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(DJR-039-10–11.)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journeys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apparitions,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revelations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Vanini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devil’s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illusions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insensible.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(DJR-039-12.)</w:t>
      </w:r>
    </w:p>
    <w:p>
      <w:bookmarkStart w:id="23" w:name="b_from_pleasurable_invention_to_a_fix"/>
      <w:pPr>
        <w:pStyle w:val="Heading3"/>
      </w:pP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</w:t>
      </w:r>
      <w:bookmarkEnd w:id="23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amplify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dangerous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enlarged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until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prolonged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delightful.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solitude,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theatre,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builds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business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scene: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gradual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freedom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(DJR-038-06–11;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shellfish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damned,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entirely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prolonged;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(DJR-027-20–23;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DJR-115-60–63.)</w:t>
      </w:r>
    </w:p>
    <w:p>
      <w:pPr/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crossing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boundary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eyesight.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Astrolabe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phantasie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measures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astrolabe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measuring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meticulous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Ixion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cloud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discrepancy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Lucretian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simulachra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remembrance.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image-language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distinguishable.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(DJR-117-05–08;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DJR-128-35–38;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DJR-130-47–49.)</w:t>
      </w:r>
    </w:p>
    <w:p>
      <w:bookmarkStart w:id="24" w:name="b_real_effects_and_reported_marvels"/>
      <w:pPr>
        <w:pStyle w:val="Heading3"/>
      </w:pP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marvels</w:t>
      </w:r>
      <w:bookmarkEnd w:id="24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force-of-imagination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Blushing,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trembling,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sweating,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dizziness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prediction.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Cotta’s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sciatica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cramp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expectation.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(DJR-039-18–26.)</w:t>
      </w:r>
    </w:p>
    <w:p>
      <w:pPr/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experiment: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surface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walked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provoke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trembling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danger.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inseparably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shadow.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persist.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abstract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ridicule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assumption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away.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(DJR-039-25–26;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DJR-063-24–26.)</w:t>
      </w:r>
    </w:p>
    <w:p>
      <w:pPr/>
      <w:r>
        <w:rPr>
          <w:rFonts w:ascii="DejaVu Serif" w:hAnsi="DejaVu Serif"/>
          <w:color w:val="000000"/>
        </w:rPr>
        <w:t>Maternal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Jacob’s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speckled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Persinna’s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Heliodorus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complexion,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pictures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pregnant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cravings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romance,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equivalent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pictured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authenticate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(DJR-033-16;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DJR-039-15–18.)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salve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Pomponazzi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opinion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unlearned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achieve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striking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significant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(DJR-039-27–29.)</w:t>
      </w:r>
    </w:p>
    <w:p>
      <w:bookmarkStart w:id="25" w:name="b_proteus_another_persons_spirits_and"/>
      <w:pPr>
        <w:pStyle w:val="Heading3"/>
      </w:pPr>
      <w:r>
        <w:rPr>
          <w:rFonts w:ascii="DejaVu Serif" w:hAnsi="DejaVu Serif"/>
          <w:color w:val="000000"/>
        </w:rPr>
        <w:t>Proteus,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rudder</w:t>
      </w:r>
      <w:bookmarkEnd w:id="2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Proteus,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Cameleon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Ficino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chameleon,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another’s.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communicable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yawning,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provoked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urge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unpleasant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scraping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files.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heterogeneous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(DJR-039-30.)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corpse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murderer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opinion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Avicenna,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al-Kindi,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(DJR-039-31–32.)</w:t>
      </w:r>
    </w:p>
    <w:p>
      <w:pPr/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astrum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hominis,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rudder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ship.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rudder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vessel.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steer,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overborne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overturned.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elementary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(DJR-039-32–34.)</w:t>
      </w:r>
    </w:p>
    <w:p>
      <w:bookmarkStart w:id="26" w:name="b_reassurance_religious_thought_and_t"/>
      <w:pPr>
        <w:pStyle w:val="Heading3"/>
      </w:pPr>
      <w:r>
        <w:rPr>
          <w:rFonts w:ascii="DejaVu Serif" w:hAnsi="DejaVu Serif"/>
          <w:color w:val="000000"/>
        </w:rPr>
        <w:t>Reassurance,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reduction</w:t>
      </w:r>
      <w:bookmarkEnd w:id="26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mirror,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coloured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glass,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intoxication,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imperfectly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ways: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uncertain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cooperating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Orestes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Electra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scene,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drama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(DJR-063-18;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DJR-064-16–25.)</w:t>
      </w:r>
    </w:p>
    <w:p>
      <w:pPr/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addresses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persist.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diverting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reassurance,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theatrical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secretly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snake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contrivances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therapeutic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(DJR-083-03;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DJR-084-02–07,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24–27,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33–35;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DJR-063-26.)</w:t>
      </w:r>
    </w:p>
    <w:p>
      <w:pPr/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coherently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blaze.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happiness,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delusions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summarized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declaration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pathological.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(DJR-156-07–12;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DJR-160-27–28.)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blasphemous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abhors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confirmed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terrifying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(DJR-167-26–34;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DJR-169-01–04.)</w:t>
      </w:r>
    </w:p>
    <w:p>
      <w:bookmarkStart w:id="27" w:name="b_places_to_read_1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27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significant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concordance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Source-page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retrieve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inward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anatomy: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21–25;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DJR-024-18–19;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DJR-025-03–05,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17–22,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Ventricles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wax-and-seal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understanding: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DJR-026-27–29.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understanding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abstracted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Which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faculty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affected?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32–33;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DJR-027-20–23.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Maternal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impressions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before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digression: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DJR-033-16.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cravings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infant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Pleasurable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solitude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becoming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habitual: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88–89;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DJR-038-06–11.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role-playing,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passions’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bodily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route: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92–93;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DJR-039-01–06.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importance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force-of-imagination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digression: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93–96;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DJR-039-07–34.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progression.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08–09;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nightmare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sleepwalking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10–11;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journeys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13–14;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transformative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marvels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15–20;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expectations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21–26;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27–29;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conveying-medium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33–34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inward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still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205–206;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DJR-063-18–26,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24–26.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ridicule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Apparent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external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209–210;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DJR-064-16–25.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mirror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coloured-glass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Orestes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Electra,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mistaken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Reassurance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contrivance: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289,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294–295,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297–298;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DJR-083-03;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DJR-084-02–07,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24–27,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33–35.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Redirecting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imaginings,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Erotic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reason: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446–447,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DJR-115-56–63,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60–63.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Beauty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through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report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452;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DJR-117-05–08.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astrolabe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absent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beloved: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DJR-128-35–38.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measuring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recollection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presence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remaining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absence: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528;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DJR-130-47–49.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Lucretian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remembrance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Ecstasy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before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abuse: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656–657;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DJR-156-07–12,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circumscribed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impairment: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677;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DJR-160-27–28.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Unwanted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thoughts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consent: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711–712;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DJR-167-26–34.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closing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account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frightening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appearances: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720–721;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DJR-169-01–04.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</w:p>
    <w:p>
      <w:bookmarkStart w:id="28" w:name="b_in_this_edition_1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28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Phantasie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DJR-025-04,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fancy,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læsa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impaired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DJR-039-03,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corrupt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impaired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DJR-115-60,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crased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disordered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DJR-169-01.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sensory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mental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classification.</w:t>
      </w:r>
    </w:p>
    <w:p>
      <w:pPr/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middle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front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ferè,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almost,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restatement.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almost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Third,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Ficino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DJR-039-30,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N02803,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Proteus/chameleon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comparator.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wicked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incredulity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wicked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disbelief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N02798,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impia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credulitate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N02799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1651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discrepancy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licenses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freshly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text.</w:t>
      </w:r>
    </w:p>
    <w:p>
      <w:pPr/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guarantee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romance,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poetry,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significant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concordance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authority.</w:t>
      </w:r>
    </w:p>
    <w:p>
      <w:bookmarkStart w:id="29" w:name="b_see_also_1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29"/>
    </w:p>
    <w:p>
      <w:pPr>
        <w:pStyle w:val="ListBullet"/>
      </w:pP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1">
        <w:r>
          <w:rPr>
            <w:rFonts w:ascii="DejaVu Serif" w:hAnsi="DejaVu Serif"/>
            <w:b/>
            <w:color w:val="000000"/>
          </w:rPr>
          <w:t>BAL-0001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3">
        <w:r>
          <w:rPr>
            <w:rFonts w:ascii="DejaVu Serif" w:hAnsi="DejaVu Serif"/>
            <w:b/>
            <w:color w:val="000000"/>
          </w:rPr>
          <w:t>BAL-0003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4">
        <w:r>
          <w:rPr>
            <w:rFonts w:ascii="DejaVu Serif" w:hAnsi="DejaVu Serif"/>
            <w:b/>
            <w:color w:val="000000"/>
          </w:rPr>
          <w:t>BAL-0004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5">
        <w:r>
          <w:rPr>
            <w:rFonts w:ascii="DejaVu Serif" w:hAnsi="DejaVu Serif"/>
            <w:b/>
            <w:color w:val="000000"/>
          </w:rPr>
          <w:t>BAL-0005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7">
        <w:r>
          <w:rPr>
            <w:rFonts w:ascii="DejaVu Serif" w:hAnsi="DejaVu Serif"/>
            <w:b/>
            <w:color w:val="000000"/>
          </w:rPr>
          <w:t>BAL-0007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Planned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later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batch: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Cerebral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Incubus;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recollection;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Simulacra;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perception.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interchangeable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</w:t>
      </w:r>
    </w:p>
    <w:p>
      <w:bookmarkStart w:id="30" w:name="b_bal_0003"/>
      <w:pPr>
        <w:pStyle w:val="Heading1"/>
        <w:pageBreakBefore/>
      </w:pPr>
      <w:r>
        <w:rPr>
          <w:rFonts w:ascii="DejaVu Serif" w:hAnsi="DejaVu Serif"/>
          <w:color w:val="000000"/>
        </w:rPr>
        <w:t>Spirits</w:t>
      </w:r>
      <w:bookmarkEnd w:id="30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31" w:name="b_the_word_2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31"/>
    </w:p>
    <w:p>
      <w:pPr/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derived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employed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ensouled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nonhuman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(DJR-023-35–36;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DJR-028-25–28.)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Martiall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eloquent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regeneration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private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inspiration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dæmon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personification: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malus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genius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resolved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ghost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fluid.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(DJR-003-08;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DJR-026-38;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DJR-046-18;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DJR-112-21;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DJR-160-19–21.)</w:t>
      </w:r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evaporate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extravagant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Celia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Jonson’s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seducer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Volpone;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illustrates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luxury,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demonstrated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breath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conqueror’s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(DJR-013-13;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DJR-125-19–23.)</w:t>
      </w:r>
    </w:p>
    <w:p>
      <w:bookmarkStart w:id="32" w:name="b_in_the_work_2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32"/>
    </w:p>
    <w:p>
      <w:bookmarkStart w:id="33" w:name="b_the_souls_instruments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bookmarkEnd w:id="33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principle;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formulations: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fourth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Melanchthon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gathered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uncontested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(DJR-023-35.)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threefold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arteries;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subordinate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Brain,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Liver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Natural,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correspondences: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liver–natural,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heart–vital,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brain–animal.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initial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parallel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(DJR-023-36.)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vessels.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arteries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cavities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posterior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subtle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operations.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ingenious.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(DJR-023-42–46;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DJR-024-14–19.)</w:t>
      </w:r>
    </w:p>
    <w:p>
      <w:pPr/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inactivity.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obstruction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wake.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elaborate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member.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subordinate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execute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mistaken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(DJR-025-21–22,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DJR-026-22.)</w:t>
      </w:r>
    </w:p>
    <w:p>
      <w:bookmarkStart w:id="34" w:name="b_disturbance_temperament_and_imagina"/>
      <w:pPr>
        <w:pStyle w:val="Heading3"/>
      </w:pPr>
      <w:r>
        <w:rPr>
          <w:rFonts w:ascii="DejaVu Serif" w:hAnsi="DejaVu Serif"/>
          <w:color w:val="000000"/>
        </w:rPr>
        <w:t>Disturbance,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bookmarkEnd w:id="34"/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ill-timed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undigested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veins,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putrefies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confounds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overmuch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study,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weakened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diminished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vigor,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martiall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process;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depletion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anti-scholarly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(DJR-037-16–18;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DJR-046-16–19.)</w:t>
      </w:r>
    </w:p>
    <w:p>
      <w:pPr/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quantity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Hercules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Saxonia’s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immaterial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moisture.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emphasizes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distemper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spirits-based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undergoing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adustion.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psychological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inhabited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incorporeal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(DJR-027-32–35,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DJR-051-03–05;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DJR-060-14–15.)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inward-causes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impede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untuned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interdependence: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unsettles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limbs.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reciprocal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emotional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(DJR-056-41–53;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DJR-083-31.)</w:t>
      </w:r>
    </w:p>
    <w:p>
      <w:bookmarkStart w:id="35" w:name="b_darkness_visions_and_the_reasons_fo"/>
      <w:pPr>
        <w:pStyle w:val="Heading3"/>
      </w:pPr>
      <w:r>
        <w:rPr>
          <w:rFonts w:ascii="DejaVu Serif" w:hAnsi="DejaVu Serif"/>
          <w:color w:val="000000"/>
        </w:rPr>
        <w:t>Darkness,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bookmarkEnd w:id="35"/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darkened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Galen’s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contested: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Fracastorius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proposal;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Galenic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decorative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synonym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sadness.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(DJR-063-18–26.)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sleeplessness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Misperception,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imposture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disguises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exploit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reassurance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naturall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(DJR-063-18;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DJR-064-16–30.)</w:t>
      </w:r>
    </w:p>
    <w:p>
      <w:bookmarkStart w:id="36" w:name="b_created_spirits_and_their_disputed_"/>
      <w:pPr>
        <w:pStyle w:val="Heading3"/>
      </w:pPr>
      <w:r>
        <w:rPr>
          <w:rFonts w:ascii="DejaVu Serif" w:hAnsi="DejaVu Serif"/>
          <w:color w:val="000000"/>
        </w:rPr>
        <w:t>Created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</w:t>
      </w:r>
      <w:bookmarkEnd w:id="36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digression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acknowledging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obscurity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Lucifer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fallen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pride.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dæmones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Platonists,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departed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uniformly.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terminology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Stoics,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Heroes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Lemures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Larvæ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departed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(DJR-028-20–33.)</w:t>
      </w:r>
    </w:p>
    <w:p>
      <w:pPr/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nourishment,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shapes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paradoxes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confuted,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transformation.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superior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exploitation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sublunary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heavens,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inability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secrets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probably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unbounded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future.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(DJR-028-34–43;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DJR-029-12–19,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43–45.)</w:t>
      </w:r>
    </w:p>
    <w:p>
      <w:pPr/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ninefold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schoolmen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oracles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Psellus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enumeration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five: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fiery,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aerial,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terrestrial,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subterranean.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last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earth’s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tormenting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damned.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enumeration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six-item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Individual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fairies,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household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pucks,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ghosts.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witnesses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fields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impersonations.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census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(DJR-029-26–50;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DJR-030-01–43.)</w:t>
      </w:r>
    </w:p>
    <w:p>
      <w:pPr/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neutral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compilation: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meteorologists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traveller’s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success,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maintaining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(DJR-030-03–05,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DJR-031-01–11.)</w:t>
      </w:r>
    </w:p>
    <w:p>
      <w:bookmarkStart w:id="37" w:name="b_supernatural_action_through_bodily_"/>
      <w:pPr>
        <w:pStyle w:val="Heading3"/>
      </w:pP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bookmarkEnd w:id="37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Rogers’s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spirituall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struggle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Biarmannus’s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interventu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humoris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exploiting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mingling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undecided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(DJR-031-13–21.)</w:t>
      </w:r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acceptable.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(DJR-031-30–37,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54–55;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DJR-067-40–51.)</w:t>
      </w:r>
    </w:p>
    <w:p>
      <w:pPr/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reopens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encountered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witnesses.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Lactantius’s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testimony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deceitful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priests.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doubts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(DJR-113-51–53;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DJR-114-07–14.)</w:t>
      </w:r>
    </w:p>
    <w:p>
      <w:bookmarkStart w:id="38" w:name="b_sight_attraction_and_relief"/>
      <w:pPr>
        <w:pStyle w:val="Heading3"/>
      </w:pPr>
      <w:r>
        <w:rPr>
          <w:rFonts w:ascii="DejaVu Serif" w:hAnsi="DejaVu Serif"/>
          <w:color w:val="000000"/>
        </w:rPr>
        <w:t>Sight,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bookmarkEnd w:id="38"/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yawning,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Cardan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limbs.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(DJR-039-29–34.)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detailed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exchanged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Ficino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eye-beams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another’s,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incidental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(DJR-120-01–18.)</w:t>
      </w:r>
    </w:p>
    <w:p>
      <w:pPr/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ways.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Scaliger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vibrating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harmonious.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biblical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David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employs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(DJR-077-15;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DJR-085-03–10,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23–26.)</w:t>
      </w:r>
    </w:p>
    <w:p>
      <w:pPr/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prescriptions.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Hercules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Saxonia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bloodletting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Laurentius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target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(DJR-103-23–25.)</w:t>
      </w:r>
    </w:p>
    <w:p>
      <w:bookmarkStart w:id="39" w:name="b_human_and_divine_spirit"/>
      <w:pPr>
        <w:pStyle w:val="Heading3"/>
      </w:pP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bookmarkEnd w:id="39"/>
    </w:p>
    <w:p>
      <w:pPr/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orator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generosity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hypocrisy.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genius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affliction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quarrel.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(DJR-003-08;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DJR-006-14;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DJR-046-18;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DJR-112-21.)</w:t>
      </w:r>
    </w:p>
    <w:p>
      <w:pPr/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affirmative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regeneration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fostering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zeal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sobriety,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foretaste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condemning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sectarian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revelations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(DJR-026-37–38;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DJR-156-03–13;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DJR-160-19–21.)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comfort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precision.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abhors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repudiated.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anxious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struggle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responsibility.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(DJR-167-27–35.)</w:t>
      </w:r>
    </w:p>
    <w:p>
      <w:bookmarkStart w:id="40" w:name="b_places_to_read_2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40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Reader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address,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15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DJR-003-08;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DJR-006-14;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DJR-013-13.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unmanageable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breath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tyranny.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1.1.2.2–4,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15–19;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DJR-023-35–36,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42–46;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DJR-024-14–19.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correspondences,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vessels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cavities.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essential.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faculties,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24–25,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27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DJR-025-21–22,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30–32;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DJR-026-22,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37–38.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Spirit.</w:t>
      </w:r>
      <w:r>
        <w:rPr>
          <w:rFonts w:ascii="DejaVu Serif" w:hAnsi="DejaVu Serif"/>
          <w:color w:val="000000"/>
        </w:rPr>
        <w:t>”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Melancholy’s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material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immaterial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accounts,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33–36;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DJR-027-32–40,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46,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57.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spirits-only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analogy;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nature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38–41;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DJR-028-12–15,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20–48.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fallen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terminology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properties.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digression,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42–51;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DJR-029-01–50;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DJR-030-01–48.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transformations,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counterexplanations,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Power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bodily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51–54;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DJR-031-01–29.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undecided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obsession.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instruments,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54–57;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DJR-031-30–37,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54–55.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intrinsic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ceremonial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Exercise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84–85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96;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DJR-037-16–18;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DJR-039-29–34.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Study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fright,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127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146;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DJR-046-16–19;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DJR-051-03–05.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depletion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distemper.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Inward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symptoms,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172–173,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191,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205–211;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DJR-056-41–53;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DJR-060-14–15;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DJR-063-18–26;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DJR-064-16–30.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Bodily–mental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interaction,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spirits-only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voices.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Lawfulness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220–221;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DJR-067-40–51.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skill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Air,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music,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262–263,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292,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299–301;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DJR-077-15;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DJR-083-31;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DJR-085-03–10,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16,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23–26.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refreshment,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limbs,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Particular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treatment,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384–385;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DJR-103-23–25.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bloodletting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Eloquence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charity,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422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431;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DJR-110-27;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DJR-112-21.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Love’s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extent,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437–440;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DJR-113-51–53;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DJR-114-07–14.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Visual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fascination,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467–468;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DJR-120-01–18.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eye-beams,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Ficino;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examination.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False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promises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luxury,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495–496;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DJR-125-19–23.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Volpone’s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seductive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extravagant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therapeutic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experience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claims,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655–657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676–677;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DJR-156-03–13;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DJR-160-19–21.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Comfort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despair,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711–713;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DJR-167-27–35.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Unnumbered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Table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closing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notice;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DJR-172-187.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locators.</w:t>
      </w:r>
    </w:p>
    <w:p>
      <w:bookmarkStart w:id="41" w:name="b_in_this_edition_2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41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technical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(DJR-037-17).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assignments.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subtile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vapour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extremely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instrument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soule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equivalents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autonomous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soul.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study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dulls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dulls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martiall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(DJR-046-18).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idiom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analogy,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purer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finer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(DJR-027-39);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purer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(DJR-120-05).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Volpone’s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(DJR-125-21).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fragrant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referents.</w:t>
      </w:r>
    </w:p>
    <w:p>
      <w:pPr/>
      <w:r>
        <w:rPr>
          <w:rFonts w:ascii="DejaVu Serif" w:hAnsi="DejaVu Serif"/>
          <w:b/>
          <w:color w:val="000000"/>
        </w:rPr>
        <w:t>dæmones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daimones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(DJR-028-25).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boni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mali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(DJR-028-31),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malus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self-personification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(DJR-003-08).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indiscriminate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obscure.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doctrine.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comfort,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(DJR-167-27),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divel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free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generous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(DJR-028-15).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interchangeable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everywhere.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article.</w:t>
      </w:r>
    </w:p>
    <w:p>
      <w:bookmarkStart w:id="42" w:name="b_see_also_2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42"/>
    </w:p>
    <w:p>
      <w:pPr/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1">
        <w:r>
          <w:rPr>
            <w:rFonts w:ascii="DejaVu Serif" w:hAnsi="DejaVu Serif"/>
            <w:color w:val="000000"/>
          </w:rPr>
          <w:t>BAL-0001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2">
        <w:r>
          <w:rPr>
            <w:rFonts w:ascii="DejaVu Serif" w:hAnsi="DejaVu Serif"/>
            <w:color w:val="000000"/>
          </w:rPr>
          <w:t>BAL-0002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4">
        <w:r>
          <w:rPr>
            <w:rFonts w:ascii="DejaVu Serif" w:hAnsi="DejaVu Serif"/>
            <w:color w:val="000000"/>
          </w:rPr>
          <w:t>BAL-0004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5">
        <w:r>
          <w:rPr>
            <w:rFonts w:ascii="DejaVu Serif" w:hAnsi="DejaVu Serif"/>
            <w:color w:val="000000"/>
          </w:rPr>
          <w:t>BAL-0005</w:t>
        </w:r>
      </w:hyperlink>
      <w:r>
        <w:rPr>
          <w:rFonts w:ascii="DejaVu Serif" w:hAnsi="DejaVu Serif"/>
          <w:color w:val="000000"/>
        </w:rPr>
        <w:t>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6">
        <w:r>
          <w:rPr>
            <w:rFonts w:ascii="DejaVu Serif" w:hAnsi="DejaVu Serif"/>
            <w:color w:val="000000"/>
          </w:rPr>
          <w:t>BAL-0006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7">
        <w:r>
          <w:rPr>
            <w:rFonts w:ascii="DejaVu Serif" w:hAnsi="DejaVu Serif"/>
            <w:color w:val="000000"/>
          </w:rPr>
          <w:t>BAL-0007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explanations.</w:t>
      </w:r>
    </w:p>
    <w:p>
      <w:pPr/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vegetal;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apparitions;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Incubus;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Enthusiasm;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Hypochondria.</w:t>
      </w:r>
    </w:p>
    <w:p>
      <w:bookmarkStart w:id="43" w:name="b_bal_0004"/>
      <w:pPr>
        <w:pStyle w:val="Heading1"/>
        <w:pageBreakBefore/>
      </w:pPr>
      <w:r>
        <w:rPr>
          <w:rFonts w:ascii="DejaVu Serif" w:hAnsi="DejaVu Serif"/>
          <w:color w:val="000000"/>
        </w:rPr>
        <w:t>Witchcraft</w:t>
      </w:r>
      <w:bookmarkEnd w:id="43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44" w:name="b_the_word_3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44"/>
    </w:p>
    <w:p>
      <w:pPr/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traffic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Magicians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Conjurers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Inchanters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Charmers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essential.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pretends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mastered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White-witches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Witch-ridden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fame.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Witchers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self-accusation.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inferred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word.</w:t>
      </w:r>
    </w:p>
    <w:p>
      <w:bookmarkStart w:id="45" w:name="b_in_the_work_3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45"/>
    </w:p>
    <w:p>
      <w:bookmarkStart w:id="46" w:name="b_instruments_and_apparent_masters"/>
      <w:pPr>
        <w:pStyle w:val="Heading3"/>
      </w:pP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masters</w:t>
      </w:r>
      <w:bookmarkEnd w:id="46"/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instruments.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Erastus’s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provoke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committed,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motives.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incites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provocative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master,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instigation,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(DJR-031-30–32.)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acknowledges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altogether;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majority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lawyers,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doctrine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laughing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terrors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nocturnal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ghosts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satirical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gesture,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(DJR-031-33–35.)</w:t>
      </w:r>
    </w:p>
    <w:p>
      <w:pPr/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exorcisms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impiety.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James’s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system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professions.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mastery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(DJR-031-36–37.)</w:t>
      </w:r>
    </w:p>
    <w:p>
      <w:bookmarkStart w:id="47" w:name="b_the_catalogue_and_its_limits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bookmarkEnd w:id="47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ensuing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fertility,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airborne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journeys,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changelings,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Swedish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northern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Scheretzius’s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flying-goat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interviews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confessions.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assembles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(DJR-031-38–46.)</w:t>
      </w:r>
    </w:p>
    <w:p>
      <w:pPr/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Lipsius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money,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documents,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royal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lesser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higher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entertains,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peradventure,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escape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impostors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nonexistent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abandonment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vulgar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unbroken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declaration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anything.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(DJR-031-47–51.)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Daneau’s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testimony,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young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cakes,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revealing: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(DJR-031-16–20,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51–54.)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unintelligible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loyal.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grammar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ceremonial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enlarged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(DJR-031-54–55.)</w:t>
      </w:r>
    </w:p>
    <w:p>
      <w:bookmarkStart w:id="48" w:name="b_melancholy_as_an_explanation_of_wit"/>
      <w:pPr>
        <w:pStyle w:val="Heading3"/>
      </w:pP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bookmarkEnd w:id="48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poor,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esteem.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Porta,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Molitor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isolation,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poverty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(DJR-032-30–31.)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cattle,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transformation,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transport,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meetings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Sleep-inducing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cunning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sharp: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opponents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sufficiency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(DJR-032-32–34.)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heavily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journeys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insensible.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(DJR-039-10–12,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30–34.)</w:t>
      </w:r>
    </w:p>
    <w:p>
      <w:bookmarkStart w:id="49" w:name="b_feared_bewitchment_and_natural_expl"/>
      <w:pPr>
        <w:pStyle w:val="Heading3"/>
      </w:pP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bookmarkEnd w:id="49"/>
    </w:p>
    <w:p>
      <w:pPr/>
      <w:r>
        <w:rPr>
          <w:rFonts w:ascii="DejaVu Serif" w:hAnsi="DejaVu Serif"/>
          <w:color w:val="000000"/>
        </w:rPr>
        <w:t>Elsewhere,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nearby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malificiated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forespoken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guilt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(DJR-058-31,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DJR-063-04–05.)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reassurance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naturall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abandonment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inadequate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opponents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(DJR-063-18;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DJR-064-25–27.)</w:t>
      </w:r>
    </w:p>
    <w:p>
      <w:bookmarkStart w:id="50" w:name="b_healing_and_permission"/>
      <w:pPr>
        <w:pStyle w:val="Heading3"/>
      </w:pPr>
      <w:r>
        <w:rPr>
          <w:rFonts w:ascii="DejaVu Serif" w:hAnsi="DejaVu Serif"/>
          <w:color w:val="000000"/>
        </w:rPr>
        <w:t>Healing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bookmarkEnd w:id="50"/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village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cunning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white-witches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infirmities.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rehearses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premise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them?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(DJR-067-40–46.)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decisive: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rescued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rescuer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enemy?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white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guidance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present-day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(DJR-067-47–51.)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love-melancholy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bindings,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requires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reiterates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(DJR-139-48–50;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DJR-149-53.)</w:t>
      </w:r>
    </w:p>
    <w:p>
      <w:bookmarkStart w:id="51" w:name="b_other_settings"/>
      <w:pPr>
        <w:pStyle w:val="Heading3"/>
      </w:pP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settings</w:t>
      </w:r>
      <w:bookmarkEnd w:id="51"/>
    </w:p>
    <w:p>
      <w:pPr/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hold,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affirms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Heliodorus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witch-craft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Ficino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gazing;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(DJR-117-28;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DJR-120-01–05.)</w:t>
      </w:r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Olympia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recognizes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boasts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Erastus’s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(DJR-126-02–05.)</w:t>
      </w:r>
    </w:p>
    <w:p>
      <w:pPr/>
      <w:r>
        <w:rPr>
          <w:rFonts w:ascii="DejaVu Serif" w:hAnsi="DejaVu Serif"/>
          <w:b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insult.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unsympathetic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hag,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idol,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goddess.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displays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(DJR-129-66.)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debate: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testimonies.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(DJR-113-51–53.)</w:t>
      </w:r>
    </w:p>
    <w:p>
      <w:pPr/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Boissard’s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bewitchment-induced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sleeplessness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anxiety.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Apollo’s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prophetic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challenge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predictions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challenge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authenticity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revelations;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inspiration.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(DJR-082-30–31;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DJR-156-10–16.)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self-accusation: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compact,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obligation,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undertaking.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pardon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(DJR-167-15–17,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26–38.)</w:t>
      </w:r>
    </w:p>
    <w:p>
      <w:bookmarkStart w:id="52" w:name="b_places_to_read_3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52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pagination.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Democritus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Junior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Reader,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DJR-004-02.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ambition,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sorcery.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Democritus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Junior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Reader,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15;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DJR-006-14.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Controversialists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nature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operation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52–53;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DJR-031-16–21.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obsession,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undetermined.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Magicians,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how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54–57;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DJR-031-30–55.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intrinsic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old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60–61;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DJR-032-30–34.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opponents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sufficient.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power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93–94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96;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DJR-039-10–12,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30–34.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journeys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Symptoms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181–182;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DJR-058-31,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Symptoms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women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their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immediate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203,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205;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DJR-063-04–05,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Forespoken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substitutes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abandonment.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apparent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visions,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210–211;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DJR-064-25–27.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hand.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220–221;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DJR-067-40–51.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Sleep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waking,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287;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DJR-082-30–31.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sleeplessness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emotional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range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437–438;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DJR-113-51–53.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Incubus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Beauty’s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power,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454;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DJR-117-28.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lodestone,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Visual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fascination,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467;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DJR-120-01–05.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gazing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500–501;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DJR-126-02–05.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enchantment;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lover’s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distorted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judgment,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521–522;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DJR-129-66.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Remedies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572;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DJR-139-48–50.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Prevention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624;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DJR-149-53.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656–657;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DJR-156-10–16.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prompting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prophetic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across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Comfort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despair,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710–713;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DJR-167-15–17,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26–38.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pardon.</w:t>
      </w:r>
    </w:p>
    <w:p>
      <w:bookmarkStart w:id="53" w:name="b_in_this_edition_3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53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layers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White-witches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incubus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malificiated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forespoken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cursed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band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bond.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reported.</w:t>
      </w:r>
    </w:p>
    <w:p>
      <w:pPr/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provisional.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parte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pact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ex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pacto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ex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pacto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source.</w:t>
      </w:r>
    </w:p>
    <w:p>
      <w:pPr/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DJR-031-55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Libanius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Libavius’s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corpses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Libavius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resolving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confession,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conclusion.</w:t>
      </w:r>
    </w:p>
    <w:p>
      <w:bookmarkStart w:id="54" w:name="b_see_also_3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54"/>
    </w:p>
    <w:p>
      <w:pPr/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1">
        <w:r>
          <w:rPr>
            <w:rFonts w:ascii="DejaVu Serif" w:hAnsi="DejaVu Serif"/>
            <w:color w:val="000000"/>
          </w:rPr>
          <w:t>BAL-0001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2">
        <w:r>
          <w:rPr>
            <w:rFonts w:ascii="DejaVu Serif" w:hAnsi="DejaVu Serif"/>
            <w:color w:val="000000"/>
          </w:rPr>
          <w:t>BAL-0002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3">
        <w:r>
          <w:rPr>
            <w:rFonts w:ascii="DejaVu Serif" w:hAnsi="DejaVu Serif"/>
            <w:color w:val="000000"/>
          </w:rPr>
          <w:t>BAL-0003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5">
        <w:r>
          <w:rPr>
            <w:rFonts w:ascii="DejaVu Serif" w:hAnsi="DejaVu Serif"/>
            <w:color w:val="000000"/>
          </w:rPr>
          <w:t>BAL-0005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6">
        <w:r>
          <w:rPr>
            <w:rFonts w:ascii="DejaVu Serif" w:hAnsi="DejaVu Serif"/>
            <w:color w:val="000000"/>
          </w:rPr>
          <w:t>BAL-0006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7">
        <w:r>
          <w:rPr>
            <w:rFonts w:ascii="DejaVu Serif" w:hAnsi="DejaVu Serif"/>
            <w:color w:val="000000"/>
          </w:rPr>
          <w:t>BAL-0007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remedies.</w:t>
      </w:r>
    </w:p>
    <w:p>
      <w:pPr/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Incubus,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ligature,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Enthusiasm.</w:t>
      </w:r>
    </w:p>
    <w:p>
      <w:bookmarkStart w:id="55" w:name="b_bal_0005"/>
      <w:pPr>
        <w:pStyle w:val="Heading1"/>
        <w:pageBreakBefore/>
      </w:pPr>
      <w:r>
        <w:rPr>
          <w:rFonts w:ascii="DejaVu Serif" w:hAnsi="DejaVu Serif"/>
          <w:color w:val="000000"/>
        </w:rPr>
        <w:t>Charms</w:t>
      </w:r>
      <w:bookmarkEnd w:id="55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56" w:name="b_the_word_4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56"/>
    </w:p>
    <w:p>
      <w:pPr/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rigid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items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diabolical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elaborate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exorcisms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</w:p>
    <w:p>
      <w:bookmarkStart w:id="57" w:name="b_in_the_work_4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57"/>
    </w:p>
    <w:p>
      <w:bookmarkStart w:id="58" w:name="b_what_is_doing_the_work"/>
      <w:pPr>
        <w:pStyle w:val="Heading3"/>
      </w:pP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58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chosen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constellations,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intrinsic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unintelligible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faithful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(DJR-031-54–55.)</w:t>
      </w:r>
    </w:p>
    <w:p>
      <w:pPr/>
      <w:r>
        <w:rPr>
          <w:rFonts w:ascii="DejaVu Serif" w:hAnsi="DejaVu Serif"/>
          <w:color w:val="000000"/>
        </w:rPr>
        <w:t>Combat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participants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searched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stick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shooting.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unfair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advantage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supernatural-powers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(DJR-031-44–45.)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love-charm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debate.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Erastus,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automatically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13–14.)</w:t>
      </w:r>
    </w:p>
    <w:p>
      <w:bookmarkStart w:id="59" w:name="b_imagination_and_bodily_change"/>
      <w:pPr>
        <w:pStyle w:val="Heading3"/>
      </w:pP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bookmarkEnd w:id="59"/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symbols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salve.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opinion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Pomponazzi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Conceit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virtue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(DJR-039-27–28.)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empiric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surgeon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achieve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striking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inherent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demonstration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placebo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(DJR-039-29.)</w:t>
      </w:r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incredulity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credulitate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smooth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(DJR-039-28.)</w:t>
      </w:r>
    </w:p>
    <w:p>
      <w:bookmarkStart w:id="60" w:name="b_an_amulet_is_not_automatically_a_ve"/>
      <w:pPr>
        <w:pStyle w:val="Heading3"/>
      </w:pP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automatically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60"/>
    </w:p>
    <w:p>
      <w:pPr/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complicates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opinion.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antipathy,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ailment.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(DJR-105-29–31.)</w:t>
      </w:r>
    </w:p>
    <w:p>
      <w:pPr/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contrivance.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neighbouring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Exploded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discredited.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explosion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destroy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verdict.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(DJR-105-32.)</w:t>
      </w:r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taxonomy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diabolical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field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visible.</w:t>
      </w:r>
    </w:p>
    <w:p>
      <w:bookmarkStart w:id="61" w:name="b_whether_it_works_and_whether_it_is_"/>
      <w:pPr>
        <w:pStyle w:val="Heading3"/>
      </w:pP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allowed</w:t>
      </w:r>
      <w:bookmarkEnd w:id="61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means?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them?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cabalistic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bindings,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always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(DJR-067-33–44.)</w:t>
      </w:r>
    </w:p>
    <w:p>
      <w:pPr/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Paracelsus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rescuer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health.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present-day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clinical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guidance.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(DJR-067-45–51.)</w:t>
      </w:r>
    </w:p>
    <w:p>
      <w:pPr/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discipline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shorter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hydrophobia,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rehearsed.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(DJR-022-34;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DJR-139-48–50;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DJR-149-53.)</w:t>
      </w:r>
    </w:p>
    <w:p>
      <w:bookmarkStart w:id="62" w:name="b_counsel_and_occupation_as_charms"/>
      <w:pPr>
        <w:pStyle w:val="Heading3"/>
      </w:pP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bookmarkEnd w:id="62"/>
    </w:p>
    <w:p>
      <w:pPr/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trustworthy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listener.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mandrake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softening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hardened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enables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wisdom,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drug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soothing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(DJR-083-32–34.)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administered,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incantationis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instar,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nepenthe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grief-banishing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Homer,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mythical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Helen,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Medea,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Venus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wisdom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eloquence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(DJR-084-20–25.)</w:t>
      </w:r>
    </w:p>
    <w:p>
      <w:pPr/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Peregrination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expulsion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expulsion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(DJR-077-24–26;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DJR-081-36–38.)</w:t>
      </w:r>
    </w:p>
    <w:p>
      <w:bookmarkStart w:id="63" w:name="b_attraction_and_religious_protection"/>
      <w:pPr>
        <w:pStyle w:val="Heading3"/>
      </w:pP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bookmarkEnd w:id="63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Olympia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girl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Drayton’s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exorcisms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relocating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(DJR-126-02–03.)</w:t>
      </w:r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Divel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antidote.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miseries,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lodestone.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(DJR-166-28–30,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43–45.)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elaborate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exorcisms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Lemnius,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costumes,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chosen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diabolical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Augustine,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Athanasius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hope,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reliance;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(DJR-169-19–25.)</w:t>
      </w:r>
    </w:p>
    <w:p>
      <w:bookmarkStart w:id="64" w:name="b_places_to_read_4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64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catalogue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diseases,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10;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DJR-022-34.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hydrophobia,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Protective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combat,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55–56;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DJR-031-44–45.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search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wounds.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magicians,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56–57;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DJR-031-54–55.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power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95–96;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DJR-039-27–29.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body–margin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rejected,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216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220–221;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DJR-067-33–51.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jumps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regularized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Travel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varied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occupation,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264;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DJR-077-24–26.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variety;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Reading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occupation,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283;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DJR-081-36–38.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apothecary’s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Origen,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study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forward.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Sharing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distress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friend,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292–293;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DJR-083-32–34.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soothing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softening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hardened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Persuasion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timely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speech,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292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[296]–297;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DJR-084-20–25.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administered,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nepenthe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unusual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Amulets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related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remedies,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394–395;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DJR-105-29–32.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opinion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intrinsically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500–502;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DJR-126-01–07,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13–14.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Cures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572;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DJR-139-48–50.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Prevention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624;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DJR-149-53.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emphatic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Consolation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despair,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707–708;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DJR-166-28–30,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43–45.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network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closing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remedies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722;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DJR-169-19–25.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diabolical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God.</w:t>
      </w:r>
    </w:p>
    <w:p>
      <w:bookmarkStart w:id="65" w:name="b_in_this_edition_4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6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charms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clarifying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Characters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symbols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strong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conceipt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phrase-level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confirmation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incredulity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credulitate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credulity.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1651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copies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DJR-084-21,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opportunity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accompanying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incantationis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instar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ritual.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DJR-169-24,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Septuagint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Vulgate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numbering;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Bible,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DJR-169-19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commends.</w:t>
      </w:r>
    </w:p>
    <w:p>
      <w:bookmarkStart w:id="66" w:name="b_see_also_4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66"/>
    </w:p>
    <w:p>
      <w:pPr/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2">
        <w:r>
          <w:rPr>
            <w:rFonts w:ascii="DejaVu Serif" w:hAnsi="DejaVu Serif"/>
            <w:color w:val="000000"/>
          </w:rPr>
          <w:t>BAL-0002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3">
        <w:r>
          <w:rPr>
            <w:rFonts w:ascii="DejaVu Serif" w:hAnsi="DejaVu Serif"/>
            <w:color w:val="000000"/>
          </w:rPr>
          <w:t>BAL-0003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intermediaries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4">
        <w:r>
          <w:rPr>
            <w:rFonts w:ascii="DejaVu Serif" w:hAnsi="DejaVu Serif"/>
            <w:color w:val="000000"/>
          </w:rPr>
          <w:t>BAL-0004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service;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6">
        <w:r>
          <w:rPr>
            <w:rFonts w:ascii="DejaVu Serif" w:hAnsi="DejaVu Serif"/>
            <w:color w:val="000000"/>
          </w:rPr>
          <w:t>BAL-0006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7">
        <w:r>
          <w:rPr>
            <w:rFonts w:ascii="DejaVu Serif" w:hAnsi="DejaVu Serif"/>
            <w:color w:val="000000"/>
          </w:rPr>
          <w:t>BAL-0007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fidelity.</w:t>
      </w:r>
    </w:p>
    <w:p>
      <w:pPr/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ligature,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Occult,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Nepenthe,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Friendship,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Virtue.</w:t>
      </w:r>
    </w:p>
    <w:p>
      <w:bookmarkStart w:id="67" w:name="b_bal_0006"/>
      <w:pPr>
        <w:pStyle w:val="Heading1"/>
        <w:pageBreakBefore/>
      </w:pPr>
      <w:r>
        <w:rPr>
          <w:rFonts w:ascii="DejaVu Serif" w:hAnsi="DejaVu Serif"/>
          <w:color w:val="000000"/>
        </w:rPr>
        <w:t>Philters</w:t>
      </w:r>
      <w:bookmarkEnd w:id="67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68" w:name="b_the_word_5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68"/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arouse,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redirect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Philtrum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Philtra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works.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patron’s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philtrum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education,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Consequently,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topic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all.</w:t>
      </w:r>
    </w:p>
    <w:p>
      <w:bookmarkStart w:id="69" w:name="b_in_the_work_5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69"/>
    </w:p>
    <w:p>
      <w:bookmarkStart w:id="70" w:name="b_altered_affections_and_disturbed_mi"/>
      <w:pPr>
        <w:pStyle w:val="Heading3"/>
      </w:pP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minds</w:t>
      </w:r>
      <w:bookmarkEnd w:id="70"/>
    </w:p>
    <w:p>
      <w:pPr/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enemies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Bohemian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Monavius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however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generalization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visible.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(DJR-031-41,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always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successful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miscellaneous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alongside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(DJR-056-32.)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merchant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Nördlingen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diagnosis.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stolen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Philtrum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however,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rapid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recovery.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evacuation,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illustrates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independently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(DJR-036-05–08.)</w:t>
      </w:r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stimulating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foods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strength.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stimulant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(DJR-072-09–11.)</w:t>
      </w:r>
    </w:p>
    <w:p>
      <w:bookmarkStart w:id="71" w:name="b_potions_in_social_life"/>
      <w:pPr>
        <w:pStyle w:val="Heading3"/>
      </w:pP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bookmarkEnd w:id="71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agreeable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friendliness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insinuate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inducements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confidence,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patron’s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misplaced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(DJR-110-21–23.)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chosen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(DJR-110-24.)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counterpart.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wisdom,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integrity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compelled.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philtrum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counterfeits.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accompanying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maxim,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lovable,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search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irresistible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deceitful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inducement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compulsion.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(DJR-110-25–26.)</w:t>
      </w:r>
    </w:p>
    <w:p>
      <w:bookmarkStart w:id="72" w:name="b_the_disputed_siege_engines_of_love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siege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bookmarkEnd w:id="72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battering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engins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courtship.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campaign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procurement: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outset,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anything,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(DJR-126-01.)</w:t>
      </w:r>
    </w:p>
    <w:p>
      <w:pPr/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recognize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Olympia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Drayton’s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Lucretia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Aretino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boasts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boast,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(DJR-126-02–04.)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assembles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seduction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Charlemagne’s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corpse,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bishop,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topic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redirecting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Apuleius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wealthy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Pudentilla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testimony,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(DJR-126-05–12.)</w:t>
      </w:r>
    </w:p>
    <w:p>
      <w:pPr/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Erastus,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directly: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Crato’s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(DJR-126-13–14.)</w:t>
      </w:r>
    </w:p>
    <w:p>
      <w:pPr/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entirely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sympathy,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category.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mechanism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science.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views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(DJR-126-15–16.)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Salmacis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Aachen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Venus’s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girdle.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girdle’s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caresses,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sweetness,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cunning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happily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happily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perhaps.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mythical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invites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declaration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view.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(DJR-126-17–19.)</w:t>
      </w:r>
    </w:p>
    <w:p>
      <w:bookmarkStart w:id="73" w:name="b_cures_and_fidelity"/>
      <w:pPr>
        <w:pStyle w:val="Heading3"/>
      </w:pP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bookmarkEnd w:id="73"/>
    </w:p>
    <w:p>
      <w:pPr/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failed.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manner,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Achilles’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reiterates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(DJR-139-48–50.)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faithful.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irreligious,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ridiculous.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affair.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disappear,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emphatically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(DJR-149-53.)</w:t>
      </w:r>
    </w:p>
    <w:p>
      <w:bookmarkStart w:id="74" w:name="b_places_to_read_5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74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locations.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magicians,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55;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DJR-031-41.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magicians,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56–57;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DJR-031-54–55.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philter-induced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generally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Omnia</w:t>
      </w:r>
      <w:r>
        <w:rPr>
          <w:rFonts w:ascii="DejaVu Serif" w:hAnsi="DejaVu Serif"/>
          <w:i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Philtra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Retention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evacuation,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78;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DJR-036-05–08,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especially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Philtrum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merchant’s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Miscellaneous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171–172;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DJR-056-32.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216;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DJR-067-36.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DJR-067-45–51,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221.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Moderation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sexual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activity,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240;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DJR-072-09–11,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especially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strength.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421–422;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DJR-110-21–26.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compulsion,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i/>
          <w:color w:val="000000"/>
        </w:rPr>
        <w:t>philtrum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worth.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Dress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display,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476;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DJR-121-32.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Cleopatra’s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attire;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love-charms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unlawful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pp. 500–503;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DJR-126-01–19.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natural-cause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mythical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Cures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572;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DJR-139-48–50.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prohibition.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Prevention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p. 624;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DJR-149-53.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condemned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absurd.</w:t>
      </w:r>
    </w:p>
    <w:p>
      <w:bookmarkStart w:id="75" w:name="b_in_this_edition_5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7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DJR-031-41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DJR-036-07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similar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construction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merchant’s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abandoned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flatterers’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DJR-121-32,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Cleopatra’s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love-charms.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drink.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Olympia’s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compression.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Jerome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young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girl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Hilarion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episode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inscriptions,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drink.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drug-related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Lucullus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death,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Lucretius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Jerome’s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Eusebius.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substituted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witnesses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entry.</w:t>
      </w:r>
    </w:p>
    <w:p>
      <w:pPr/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DJR-126-13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usefully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Erastus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oppose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DJR-126-19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happily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perhaps.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disappear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summary: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tentative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conclusion.</w:t>
      </w:r>
    </w:p>
    <w:p>
      <w:bookmarkStart w:id="76" w:name="b_see_also_5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76"/>
    </w:p>
    <w:p>
      <w:pPr/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1">
        <w:r>
          <w:rPr>
            <w:rFonts w:ascii="DejaVu Serif" w:hAnsi="DejaVu Serif"/>
            <w:color w:val="000000"/>
          </w:rPr>
          <w:t>BAL-0001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aftermath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2">
        <w:r>
          <w:rPr>
            <w:rFonts w:ascii="DejaVu Serif" w:hAnsi="DejaVu Serif"/>
            <w:color w:val="000000"/>
          </w:rPr>
          <w:t>BAL-0002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3">
        <w:r>
          <w:rPr>
            <w:rFonts w:ascii="DejaVu Serif" w:hAnsi="DejaVu Serif"/>
            <w:color w:val="000000"/>
          </w:rPr>
          <w:t>BAL-0003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4">
        <w:r>
          <w:rPr>
            <w:rFonts w:ascii="DejaVu Serif" w:hAnsi="DejaVu Serif"/>
            <w:color w:val="000000"/>
          </w:rPr>
          <w:t>BAL-0004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5">
        <w:r>
          <w:rPr>
            <w:rFonts w:ascii="DejaVu Serif" w:hAnsi="DejaVu Serif"/>
            <w:color w:val="000000"/>
          </w:rPr>
          <w:t>BAL-0005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</w:t>
      </w:r>
      <w:hyperlink w:anchor="b_bal_0007">
        <w:r>
          <w:rPr>
            <w:rFonts w:ascii="DejaVu Serif" w:hAnsi="DejaVu Serif"/>
            <w:color w:val="000000"/>
          </w:rPr>
          <w:t>BAL-0007</w:t>
        </w:r>
      </w:hyperlink>
      <w:r>
        <w:rPr>
          <w:rFonts w:ascii="DejaVu Serif" w:hAnsi="DejaVu Serif"/>
          <w:color w:val="000000"/>
        </w:rPr>
        <w:t>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remedies.</w:t>
      </w:r>
    </w:p>
    <w:p>
      <w:pPr/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batches: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Sympathy,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Occult,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permanent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BAL-0006.</w:t>
      </w:r>
    </w:p>
    <w:p>
      <w:bookmarkStart w:id="77" w:name="b_bal_0007"/>
      <w:pPr>
        <w:pStyle w:val="Heading1"/>
        <w:pageBreakBefore/>
      </w:pPr>
      <w:r>
        <w:rPr>
          <w:rFonts w:ascii="DejaVu Serif" w:hAnsi="DejaVu Serif"/>
          <w:color w:val="000000"/>
        </w:rPr>
        <w:t>Jealousy</w:t>
      </w:r>
      <w:bookmarkEnd w:id="77"/>
    </w:p>
    <w:p>
      <w:pPr/>
      <w:r>
        <w:rPr>
          <w:rFonts w:ascii="DejaVu Serif" w:hAnsi="DejaVu Serif"/>
          <w:color w:val="000000"/>
        </w:rPr>
        <w:t>Entry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</w:t>
      </w:r>
    </w:p>
    <w:p>
      <w:bookmarkStart w:id="78" w:name="b_the_word_6"/>
      <w:pPr>
        <w:pStyle w:val="Heading2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bookmarkEnd w:id="78"/>
    </w:p>
    <w:p>
      <w:pPr/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Jealousie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enamoured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enjoyment.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envy,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envy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(DJR-144-09–10.)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Æquivocations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disgrace;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competitors,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successors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diminution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Corinthian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church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biblical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solicitous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metaphor.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chiefly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(DJR-144-04,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11–19,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56.)</w:t>
      </w:r>
    </w:p>
    <w:p>
      <w:pPr/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corrivals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bastard-branch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suspition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suspect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causlesse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betrayal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DJR-147-05;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DJR-148-04.)</w:t>
      </w:r>
    </w:p>
    <w:p>
      <w:bookmarkStart w:id="79" w:name="b_in_the_work_6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bookmarkEnd w:id="79"/>
    </w:p>
    <w:p>
      <w:bookmarkStart w:id="80" w:name="b_a_cause_a_symptom_and_a_proposed_sp"/>
      <w:pPr>
        <w:pStyle w:val="Heading3"/>
      </w:pP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bookmarkEnd w:id="80"/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exhaust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organizational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cancel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(DJR-144-05–08;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DJR-145-19.)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book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perspectives.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betrayal.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outline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heroic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chiefly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period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period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introduction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unmarried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automatically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(DJR-040-03;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DJR-059-14–15;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DJR-107-06,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16–20;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DJR-115-25;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47–56.)</w:t>
      </w:r>
    </w:p>
    <w:p>
      <w:pPr/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corrective.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error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mirror;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architecture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prognostics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architecture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domestic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political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(DJR-144-07–08;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DJR-147-02;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DJR-148-02,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15.)</w:t>
      </w:r>
    </w:p>
    <w:p>
      <w:bookmarkStart w:id="81" w:name="b_what_changes_when_the_object_change"/>
      <w:pPr>
        <w:pStyle w:val="Heading3"/>
      </w:pP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bookmarkEnd w:id="81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watchfulness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parent’s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anxious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adopted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Aegeus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expedition.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Political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successors,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competitors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Alexander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alienation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retaliation: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perpetuate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(DJR-144-11–18,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19–35,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32.)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structure: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destructive.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pasture,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episode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political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kingdom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analogies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(DJR-144-38–46.)</w:t>
      </w:r>
    </w:p>
    <w:p>
      <w:pPr/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unmarried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precisely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river-derived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participating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resource,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friendships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consequences.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Jupiter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relevant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(DJR-144-47–55.)</w:t>
      </w:r>
    </w:p>
    <w:p>
      <w:pPr/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enticements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renew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Philinna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Lamprias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Diphilus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whetten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love,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sharpen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appetite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obtain.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jealous-love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maxim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Ampelis’s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Crisis: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languish.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Ampelis’s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submission;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withholding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generously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uncertainty.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complicates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Lucian: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Philinna’s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retaliatory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N09540,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N09543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(DJR-124-10–20,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14–19.)</w:t>
      </w:r>
    </w:p>
    <w:p>
      <w:bookmarkStart w:id="82" w:name="b_causes_within_the_relationship_and_"/>
      <w:pPr>
        <w:pStyle w:val="Heading3"/>
      </w:pP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bookmarkEnd w:id="82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accidental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sign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probable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horoscope;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unequivocal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climatic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southern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northern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troubled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surprise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Góis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Herberstein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geographers.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surprise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north–south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ensuing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baths,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dancing,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church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innocent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generalizations,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measured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(DJR-145-03–13.)</w:t>
      </w:r>
    </w:p>
    <w:p>
      <w:pPr/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similarly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uneven.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outrageous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female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infirmity.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Idleness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susceptibility.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incapacity,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unattractiveness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inadequacy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supremely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absorbed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defects,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assumes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estimate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(DJR-145-14–27,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57–64.)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unnecessary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built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complaint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Apuleius,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unfaithful;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complaint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scholar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repairs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difficult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Festus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Pollux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criticism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harshness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(DJR-145-29–41,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44–56.)</w:t>
      </w:r>
    </w:p>
    <w:p>
      <w:pPr/>
      <w:r>
        <w:rPr>
          <w:rFonts w:ascii="DejaVu Serif" w:hAnsi="DejaVu Serif"/>
          <w:color w:val="000000"/>
        </w:rPr>
        <w:t>Previous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Tibullan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skill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taught.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sweeping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committed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adultery.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wrongdoing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(DJR-146-02–07,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61–64.)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lengthy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jewels.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corresponding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protestations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secret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meetings.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narrators.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accidents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innocent.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receives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adultery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inference.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(DJR-146-08–64,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31,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61–64.)</w:t>
      </w:r>
    </w:p>
    <w:p>
      <w:pPr/>
      <w:r>
        <w:rPr>
          <w:rFonts w:ascii="DejaVu Serif" w:hAnsi="DejaVu Serif"/>
          <w:color w:val="000000"/>
        </w:rPr>
        <w:t>Time,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opportunity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diminish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gestures,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double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visitors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drunkenness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encouraging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ladder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midnight.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danger,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stereotypes,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ambiguous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amplifications.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delusion.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(DJR-146-65–79.)</w:t>
      </w:r>
    </w:p>
    <w:p>
      <w:bookmarkStart w:id="83" w:name="b_symptoms_interpreting_watching_and_"/>
      <w:pPr>
        <w:pStyle w:val="Heading3"/>
      </w:pPr>
      <w:r>
        <w:rPr>
          <w:rFonts w:ascii="DejaVu Serif" w:hAnsi="DejaVu Serif"/>
          <w:color w:val="000000"/>
        </w:rPr>
        <w:t>Symptoms: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assaulting</w:t>
      </w:r>
      <w:bookmarkEnd w:id="83"/>
    </w:p>
    <w:p>
      <w:pPr/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anxiety,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pallor,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business.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honey.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pernicious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curiosity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prying: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whisper,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magnifies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Wealth,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luxurious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peace.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feeling;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(DJR-147-03–06.)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gestures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concrete: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frowning,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slander,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fighting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apology,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embraces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renewed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sides,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declares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kingdom.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Reconciliation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stopped.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(DJR-147-07–10.)</w:t>
      </w:r>
    </w:p>
    <w:p>
      <w:pPr/>
      <w:r>
        <w:rPr>
          <w:rFonts w:ascii="DejaVu Serif" w:hAnsi="DejaVu Serif"/>
          <w:color w:val="000000"/>
        </w:rPr>
        <w:t>Surveillance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smile,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compliment,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drinking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salute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evidence.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behind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barrel,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window,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chimney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recruits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abruptly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business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disguises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(DJR-147-10–18.)</w:t>
      </w:r>
    </w:p>
    <w:p>
      <w:pPr/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pursue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hair,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dragging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Daniel’s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Rosamond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emphasis: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outrageous,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conspicuous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ensuing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rhetorical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opportunities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disappear.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(DJR-147-19–29.)</w:t>
      </w:r>
    </w:p>
    <w:p>
      <w:bookmarkStart w:id="84" w:name="b_the_household_becomes_a_court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household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court</w:t>
      </w:r>
      <w:bookmarkEnd w:id="84"/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mutilation,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virginity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oaths,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enlargement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striking: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institution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procedure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certainty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individual’s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watchfulness.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geographical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sweeping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Muslim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agricultural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arbitrary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Islamic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relevant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analysis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(DJR-147-27–42.)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disagreement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verdict.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language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fumigations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miraculous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certification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proof.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marvels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angels;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demanding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attempted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guarantee.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determining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(DJR-147-35–51.)</w:t>
      </w:r>
    </w:p>
    <w:p>
      <w:bookmarkStart w:id="85" w:name="b_prognosis_with_conditions"/>
      <w:pPr>
        <w:pStyle w:val="Heading3"/>
      </w:pPr>
      <w:r>
        <w:rPr>
          <w:rFonts w:ascii="DejaVu Serif" w:hAnsi="DejaVu Serif"/>
          <w:color w:val="000000"/>
        </w:rPr>
        <w:t>Prognosis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bookmarkEnd w:id="8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prognostic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predicts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otherwise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relieved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hatred,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frenzy,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generalizing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lacking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inevitable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Ariosto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stanza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betrayal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(DJR-148-03–05.)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Guainerio’s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newborn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resembles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friar’s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hood;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visiting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Franciscan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fathered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threatens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episode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Platter’s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merchant,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height.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painter’s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twenty-seven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deaths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suicide.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severe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death.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(DJR-148-06–13.)</w:t>
      </w:r>
    </w:p>
    <w:p>
      <w:bookmarkStart w:id="86" w:name="b_the_argument_for_cure_and_mitigatio"/>
      <w:pPr>
        <w:pStyle w:val="Heading3"/>
      </w:pP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mitigation</w:t>
      </w:r>
      <w:bookmarkEnd w:id="86"/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soldiers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holding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castle.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couplet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scarcely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Machaon’s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Ariosto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stanza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pessimism.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Yet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announces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Trimming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(DJR-148-16–19.)</w:t>
      </w:r>
    </w:p>
    <w:p>
      <w:pPr/>
      <w:r>
        <w:rPr>
          <w:rFonts w:ascii="DejaVu Serif" w:hAnsi="DejaVu Serif"/>
          <w:color w:val="000000"/>
        </w:rPr>
        <w:t>Serious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idleness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multiply.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household.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temporarily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Ximenius’s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broader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unhappy.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temporary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permanent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recovery.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(DJR-148-20–23.)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intentionally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diminishes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chapters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terrifying.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insensible,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felt,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deepen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innocent,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torments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unfaithful,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cuckolded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uniquely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unbearable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disgrace.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dissemble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concealing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contemn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disregarding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betrayal,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(DJR-148-24–38.)</w:t>
      </w:r>
    </w:p>
    <w:p>
      <w:pPr/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challenges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children’s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paternity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provocatively,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birth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child’s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resemblance,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familiar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warrant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wrongdoing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himself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exchange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renewed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uninterrupted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(DJR-148-39–48.)</w:t>
      </w:r>
    </w:p>
    <w:p>
      <w:bookmarkStart w:id="87" w:name="b_why_locks_cannot_produce_fidelity"/>
      <w:pPr>
        <w:pStyle w:val="Heading3"/>
      </w:pPr>
      <w:r>
        <w:rPr>
          <w:rFonts w:ascii="DejaVu Serif" w:hAnsi="DejaVu Serif"/>
          <w:color w:val="000000"/>
        </w:rPr>
        <w:t>Why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bookmarkEnd w:id="87"/>
    </w:p>
    <w:p>
      <w:pPr/>
      <w:r>
        <w:rPr>
          <w:rFonts w:ascii="DejaVu Serif" w:hAnsi="DejaVu Serif"/>
          <w:color w:val="000000"/>
        </w:rPr>
        <w:t>Surveillance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hundred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vigilant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guarantee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demands.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maxim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Jerome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unchaste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chaste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kept;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necessity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compulsory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unreliable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chastity.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tyrannical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sharpen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forbidden.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vow,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locks,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eunuchs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prisons.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Penelope,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Theano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Tigranes’s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(DJR-148-48–52;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DJR-149-01–15.)</w:t>
      </w:r>
    </w:p>
    <w:p>
      <w:pPr/>
      <w:r>
        <w:rPr>
          <w:rFonts w:ascii="DejaVu Serif" w:hAnsi="DejaVu Serif"/>
          <w:color w:val="000000"/>
        </w:rPr>
        <w:t>Gentle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accommodations,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Griselda.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coexists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arrangements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advantage.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Jesting,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strategies.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wittall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infidelity,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advantage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patron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involved.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pressure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(DJR-149-16–28.)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household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school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forgetting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draught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Lethe,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mythic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oblivion.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assertion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substituted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(DJR-149-29–34;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DJR-148-19.)</w:t>
      </w:r>
    </w:p>
    <w:p>
      <w:bookmarkStart w:id="88" w:name="b_prevention_marriage_and_the_unresol"/>
      <w:pPr>
        <w:pStyle w:val="Heading3"/>
      </w:pPr>
      <w:r>
        <w:rPr>
          <w:rFonts w:ascii="DejaVu Serif" w:hAnsi="DejaVu Serif"/>
          <w:color w:val="000000"/>
        </w:rPr>
        <w:t>Prevention,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unresolved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ending</w:t>
      </w:r>
      <w:bookmarkEnd w:id="88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customs,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surprise,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self-castration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brothels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mixture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political,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civic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pagan,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irreligious,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ridiculous.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(DJR-149-35–53.)</w:t>
      </w:r>
    </w:p>
    <w:p>
      <w:pPr/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disparities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discontent.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satire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young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ferocious,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plainly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standard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society,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comfort.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incidental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detail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gratification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procreation.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(DJR-150-01–29,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24.)</w:t>
      </w:r>
    </w:p>
    <w:p>
      <w:pPr/>
      <w:r>
        <w:rPr>
          <w:rFonts w:ascii="DejaVu Serif" w:hAnsi="DejaVu Serif"/>
          <w:color w:val="000000"/>
        </w:rPr>
        <w:t>Nor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ugliness.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adulterous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safety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unattractiveness.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wealth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error.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recommendation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prescriptions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class-bound;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shifts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exceptions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interest.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(DJR-150-30–52.)</w:t>
      </w:r>
    </w:p>
    <w:p>
      <w:pPr/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adequate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maintenance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deprivation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ill-treatment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insists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housekeeping,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obedience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holding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mouth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coexist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baptism,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burial.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private,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prison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Domestic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retirement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bolts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censured.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(DJR-150-53–65.)</w:t>
      </w:r>
    </w:p>
    <w:p>
      <w:pPr/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ridicule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persuasion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arbitrators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reconciled.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gemstone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compatibility,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divorce,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self-blinding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Democritus,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sovereign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antidote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reveal.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withheld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unidentified.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extravagant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prayer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deliverance;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universally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technique.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(DJR-151-01–15.)</w:t>
      </w:r>
    </w:p>
    <w:p>
      <w:bookmarkStart w:id="89" w:name="b_places_to_read_6"/>
      <w:pPr>
        <w:pStyle w:val="Heading2"/>
      </w:pP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bookmarkEnd w:id="89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dedicated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DJR-144-01–DJR-151-15,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591–632;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below.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potentially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passion: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197;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DJR-040-03.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general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symptom: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185;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DJR-059-14–15.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watchfulness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rivalry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outline: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synopsis,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[403–404];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DJR-107-06,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16–20.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strict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causes–symptoms–prognosis–cures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map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earlier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classification: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444;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deliberately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induced: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488–490,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especially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489;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DJR-124-10–20.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Philinna’s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maxim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Ampelis’s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tactics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suitor’s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submission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Definition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classification,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3.3.1.1: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DJR-144-04–10.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mirror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extended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senses: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591–594;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DJR-144-11–38.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rulers,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reciprocal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tyranny;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Alexander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Animals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competing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lovers: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594–596;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DJR-144-38–59.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swan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Propertius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Causes,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3.3.1.2: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596–598;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DJR-145-03–21.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climate,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geographical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customs,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idleness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Capacity,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treatment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absence: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598–601;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DJR-145-22–56.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incapacity,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over-indulgence,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harshness,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neglect;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scholar’s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51–55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Self-estimation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projection: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601–602;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DJR-145-57–64;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DJR-146-01–07.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inadequacy,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barrenness,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circumstances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Grounds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given,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grounds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inferred: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602–607;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DJR-146-08–64.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female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innocent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spouses,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suitor’s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legacy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Occasions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circumstances: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607–608;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DJR-146-65–79.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Opportunity,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importunity,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festivities,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alcohol,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inference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Symptoms,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3.3.2.1: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608–610;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DJR-147-01–18.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peace,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prying,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apology,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surveillance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Women’s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acts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men’s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power: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610–611;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DJR-147-19–29.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Joan’s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assault,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Rosamond,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opportunity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Guards,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tests,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laws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ordeals: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611–613;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DJR-147-29–51.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Seclusion,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absurd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trials,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oaths,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killing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Prognostics,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3.3.3: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613–614;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DJR-148-01–13.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10,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Platter’s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Cure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objections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Burton’s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answer,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3.3.4.1: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DJR-148-14–23.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castle,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Ovid’s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scarcely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Ariosto’s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incurability,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mitigation,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conversation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Making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injury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bearable: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616–618;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DJR-148-24–48.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misfortune,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concealment,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paternity,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criticism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interpretation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failure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compulsory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custody: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618–620;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DJR-148-48–52;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DJR-149-01–18.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freedom,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locks,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voluntary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gentler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Accommodation,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toleration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time: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620–622;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DJR-149-19–34.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concessions,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jokes,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wittall’s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household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school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philosophy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Preventives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surveyed,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3.3.4.2: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622–624;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DJR-149-35–53.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Community,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customs,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expedients,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civic/religious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Choosing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treating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spouse: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624–630;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DJR-150-01–65.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inequality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old-age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companionship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unequal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standard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appearance-and-wealth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30–43;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maintenance,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liberty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silence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53–62;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imprisonment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64–65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Friends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final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alternatives: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pp. 630–632;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DJR-150-66;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DJR-151-01–15.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concluding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compassionate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divorce,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extravagant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undisclosed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antidote</w:t>
      </w:r>
    </w:p>
    <w:p>
      <w:bookmarkStart w:id="90" w:name="b_in_this_edition_6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edition</w:t>
      </w:r>
      <w:bookmarkEnd w:id="90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DJR-144-07,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bastard-branch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illegitimate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offshoot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DJR-147-04,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pernicious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curiosity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becomes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destructive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inquisitiveness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reducing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feeling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insecurity.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honest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honesty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chastity,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their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wives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well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(DJR-149-05–07;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DJR-150-53.)</w:t>
      </w:r>
    </w:p>
    <w:p>
      <w:pPr/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Prognosticks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forecasts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course;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injurie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forecast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wrongdoing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generalization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generally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otherwise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relieved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groundless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Ariosto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stanza.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vix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scarcely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poem’s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absolute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declaration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incurability.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DJR-148-19,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maturely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promptly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stage.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small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answer.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outline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automatic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harmonization.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synopsis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whereas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first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political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further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framework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organizes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taxonomy.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(DJR-107-17;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DJR-144-38–56;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DJR-145-14–19.)</w:t>
      </w:r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sometimes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confinement-causes-adultery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beyond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Apuleius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complaint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(N11470),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Daniel’s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Rosamond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Octavia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speakers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(N11636,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N11777),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examples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numbers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applications.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friar,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(DJR-148-10);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N11704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caul/cowl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resemblance.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N11709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warns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suicidal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collapse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anecdotes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diagnostic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series.</w:t>
      </w:r>
    </w:p>
    <w:p>
      <w:pPr/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layers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continuous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legal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significant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concordance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endorsing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judgments.</w:t>
      </w:r>
    </w:p>
    <w:p>
      <w:bookmarkStart w:id="91" w:name="b_see_also_6"/>
      <w:pPr>
        <w:pStyle w:val="Heading2"/>
      </w:pPr>
      <w:r>
        <w:rPr>
          <w:rFonts w:ascii="DejaVu Serif" w:hAnsi="DejaVu Serif"/>
          <w:color w:val="000000"/>
        </w:rPr>
        <w:t>See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bookmarkEnd w:id="91"/>
    </w:p>
    <w:p>
      <w:pPr>
        <w:pStyle w:val="ListBullet"/>
      </w:pP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1">
        <w:r>
          <w:rPr>
            <w:rFonts w:ascii="DejaVu Serif" w:hAnsi="DejaVu Serif"/>
            <w:b/>
            <w:color w:val="000000"/>
          </w:rPr>
          <w:t>BAL-0001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2">
        <w:r>
          <w:rPr>
            <w:rFonts w:ascii="DejaVu Serif" w:hAnsi="DejaVu Serif"/>
            <w:b/>
            <w:color w:val="000000"/>
          </w:rPr>
          <w:t>BAL-0002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amplification,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3">
        <w:r>
          <w:rPr>
            <w:rFonts w:ascii="DejaVu Serif" w:hAnsi="DejaVu Serif"/>
            <w:b/>
            <w:color w:val="000000"/>
          </w:rPr>
          <w:t>BAL-0003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5">
        <w:r>
          <w:rPr>
            <w:rFonts w:ascii="DejaVu Serif" w:hAnsi="DejaVu Serif"/>
            <w:b/>
            <w:color w:val="000000"/>
          </w:rPr>
          <w:t>BAL-0005</w:t>
        </w:r>
      </w:hyperlink>
      <w:r>
        <w:rPr>
          <w:rFonts w:ascii="DejaVu Serif" w:hAnsi="DejaVu Serif"/>
          <w:b/>
          <w:color w:val="000000"/>
        </w:rPr>
        <w:t>)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(</w:t>
      </w:r>
      <w:hyperlink w:anchor="b_bal_0006">
        <w:r>
          <w:rPr>
            <w:rFonts w:ascii="DejaVu Serif" w:hAnsi="DejaVu Serif"/>
            <w:b/>
            <w:color w:val="000000"/>
          </w:rPr>
          <w:t>BAL-0006</w:t>
        </w:r>
      </w:hyperlink>
      <w:r>
        <w:rPr>
          <w:rFonts w:ascii="DejaVu Serif" w:hAnsi="DejaVu Serif"/>
          <w:b/>
          <w:color w:val="000000"/>
        </w:rPr>
        <w:t>):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Planned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later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batch: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Heroical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Emulation;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Epichairekakia;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Corrosive;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cuckold;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Marriage;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Patience.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cuckold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toleration</w:t>
      </w:r>
    </w:p>
    <w:p>
      <w:bookmarkStart w:id="92" w:name="b_vocabulary"/>
      <w:pPr>
        <w:pStyle w:val="Heading1"/>
        <w:pageBreakBefore/>
      </w:pP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vocabulary</w:t>
      </w:r>
      <w:bookmarkEnd w:id="92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article-specific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original-form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modern-English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records.</w:t>
      </w:r>
    </w:p>
    <w:p>
      <w:bookmarkStart w:id="93" w:name="b_blv_0007_17"/>
      <w:pPr>
        <w:pStyle w:val="Heading2"/>
      </w:pP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bastard-branch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9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bastard-branch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illegitimate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4" w:name="b_blv_0007_10"/>
      <w:pPr>
        <w:pStyle w:val="Heading2"/>
      </w:pP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pernicious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curiosity</w:t>
      </w:r>
      <w:bookmarkEnd w:id="9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pernicious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curiosity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inquisitiveness.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DJR-147-04.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destructive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inquisitiveness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5" w:name="b_blv_0001_33"/>
      <w:pPr>
        <w:pStyle w:val="Heading2"/>
      </w:pPr>
      <w:r>
        <w:rPr>
          <w:rFonts w:ascii="DejaVu Serif" w:hAnsi="DejaVu Serif"/>
          <w:color w:val="000000"/>
        </w:rPr>
        <w:t>acquisite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9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acquisite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6" w:name="b_blv_0001_36"/>
      <w:pPr>
        <w:pStyle w:val="Heading2"/>
      </w:pPr>
      <w:r>
        <w:rPr>
          <w:rFonts w:ascii="DejaVu Serif" w:hAnsi="DejaVu Serif"/>
          <w:color w:val="000000"/>
        </w:rPr>
        <w:t>adust</w:t>
      </w:r>
      <w:bookmarkEnd w:id="9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scorched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burnt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7" w:name="b_blv_0001_37"/>
      <w:pPr>
        <w:pStyle w:val="Heading2"/>
      </w:pPr>
      <w:r>
        <w:rPr>
          <w:rFonts w:ascii="DejaVu Serif" w:hAnsi="DejaVu Serif"/>
          <w:color w:val="000000"/>
        </w:rPr>
        <w:t>adustion</w:t>
      </w:r>
      <w:bookmarkEnd w:id="9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adustion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scorching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burning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8" w:name="b_blv_0001_16"/>
      <w:pPr>
        <w:pStyle w:val="Heading2"/>
      </w:pPr>
      <w:r>
        <w:rPr>
          <w:rFonts w:ascii="DejaVu Serif" w:hAnsi="DejaVu Serif"/>
          <w:color w:val="000000"/>
        </w:rPr>
        <w:t>adventitious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9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adventitious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Montaltus’s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175;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DJR-057-14.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99" w:name="b_blv_0001_32"/>
      <w:pPr>
        <w:pStyle w:val="Heading2"/>
      </w:pPr>
      <w:r>
        <w:rPr>
          <w:rFonts w:ascii="DejaVu Serif" w:hAnsi="DejaVu Serif"/>
          <w:color w:val="000000"/>
        </w:rPr>
        <w:t>adventitious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9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adventitious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supervening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immaterial-melancholy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adventitious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0" w:name="b_blv_0003_27"/>
      <w:pPr>
        <w:pStyle w:val="Heading2"/>
      </w:pPr>
      <w:r>
        <w:rPr>
          <w:rFonts w:ascii="DejaVu Serif" w:hAnsi="DejaVu Serif"/>
          <w:color w:val="000000"/>
        </w:rPr>
        <w:t>agitatio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spirituum</w:t>
      </w:r>
      <w:bookmarkEnd w:id="10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agitatione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distemper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DJR-051-04.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agitation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1" w:name="b_blv_0002_13"/>
      <w:pPr>
        <w:pStyle w:val="Heading2"/>
      </w:pPr>
      <w:r>
        <w:rPr>
          <w:rFonts w:ascii="DejaVu Serif" w:hAnsi="DejaVu Serif"/>
          <w:color w:val="000000"/>
        </w:rPr>
        <w:t>alone</w:t>
      </w:r>
      <w:bookmarkEnd w:id="10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freedom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awkwardly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2" w:name="b_blv_0003_09"/>
      <w:pPr>
        <w:pStyle w:val="Heading2"/>
      </w:pP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0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3" w:name="b_blv_0003_23"/>
      <w:pPr>
        <w:pStyle w:val="Heading2"/>
      </w:pP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0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disrupted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putrefied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undigested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exercise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84–85;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DJR-037-17.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4" w:name="b_blv_0002_10"/>
      <w:pPr>
        <w:pStyle w:val="Heading2"/>
      </w:pPr>
      <w:r>
        <w:rPr>
          <w:rFonts w:ascii="DejaVu Serif" w:hAnsi="DejaVu Serif"/>
          <w:color w:val="000000"/>
        </w:rPr>
        <w:t>Anticks</w:t>
      </w:r>
      <w:bookmarkEnd w:id="10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Grotesque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fanciful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invention.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23–24;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grotesques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5" w:name="b_blv_0001_35"/>
      <w:pPr>
        <w:pStyle w:val="Heading2"/>
      </w:pPr>
      <w:r>
        <w:rPr>
          <w:rFonts w:ascii="DejaVu Serif" w:hAnsi="DejaVu Serif"/>
          <w:color w:val="000000"/>
        </w:rPr>
        <w:t>artificial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0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acquired,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artificially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produced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6" w:name="b_blv_0002_15"/>
      <w:pPr>
        <w:pStyle w:val="Heading2"/>
      </w:pPr>
      <w:r>
        <w:rPr>
          <w:rFonts w:ascii="DejaVu Serif" w:hAnsi="DejaVu Serif"/>
          <w:color w:val="000000"/>
        </w:rPr>
        <w:t>Astrolabe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bookmarkEnd w:id="10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Astrolabe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measuring-instrument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detailed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survey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DJR-128-36.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astrolabe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7" w:name="b_blv_0002_18"/>
      <w:pPr>
        <w:pStyle w:val="Heading2"/>
      </w:pPr>
      <w:r>
        <w:rPr>
          <w:rFonts w:ascii="DejaVu Serif" w:hAnsi="DejaVu Serif"/>
          <w:color w:val="000000"/>
        </w:rPr>
        <w:t>astrum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hominis</w:t>
      </w:r>
      <w:bookmarkEnd w:id="10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hominis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governing-influence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8" w:name="b_blv_0001_01"/>
      <w:pPr>
        <w:pStyle w:val="Heading2"/>
      </w:pPr>
      <w:r>
        <w:rPr>
          <w:rFonts w:ascii="DejaVu Serif" w:hAnsi="DejaVu Serif"/>
          <w:color w:val="000000"/>
        </w:rPr>
        <w:t>atra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bilis</w:t>
      </w:r>
      <w:bookmarkEnd w:id="10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atra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dissection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DJR-002-13.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09" w:name="b_blv_0007_06"/>
      <w:pPr>
        <w:pStyle w:val="Heading2"/>
      </w:pPr>
      <w:r>
        <w:rPr>
          <w:rFonts w:ascii="DejaVu Serif" w:hAnsi="DejaVu Serif"/>
          <w:color w:val="000000"/>
        </w:rPr>
        <w:t>bastard-branch</w:t>
      </w:r>
      <w:bookmarkEnd w:id="10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bastard-branch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Irregular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illegitimate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offshoot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0" w:name="b_blv_0006_05"/>
      <w:pPr>
        <w:pStyle w:val="Heading2"/>
      </w:pPr>
      <w:r>
        <w:rPr>
          <w:rFonts w:ascii="DejaVu Serif" w:hAnsi="DejaVu Serif"/>
          <w:color w:val="000000"/>
        </w:rPr>
        <w:t>Battering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engines</w:t>
      </w:r>
      <w:bookmarkEnd w:id="11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battering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Siege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machines,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overcome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resistance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courtship: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unlawful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practices.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500;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DJR-126-01.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siege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engines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1" w:name="b_blv_0004_14"/>
      <w:pPr>
        <w:pStyle w:val="Heading2"/>
      </w:pP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bookmarkEnd w:id="11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lodestone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454;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DJR-117-28.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2" w:name="b_blv_0004_08"/>
      <w:pPr>
        <w:pStyle w:val="Heading2"/>
      </w:pP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fame</w:t>
      </w:r>
      <w:bookmarkEnd w:id="11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ambitious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writers.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DJR-004-02.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3" w:name="b_blv_0001_10"/>
      <w:pPr>
        <w:pStyle w:val="Heading2"/>
      </w:pP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</w:t>
      </w:r>
      <w:bookmarkEnd w:id="11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etymological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twice.</w:t>
      </w:r>
    </w:p>
    <w:p>
      <w:bookmarkStart w:id="114" w:name="b_blv_0003_43"/>
      <w:pPr>
        <w:pStyle w:val="Heading2"/>
      </w:pP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1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DJR-172-187.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5" w:name="b_blv_0001_28"/>
      <w:pPr>
        <w:pStyle w:val="Heading2"/>
      </w:pP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</w:t>
      </w:r>
      <w:bookmarkEnd w:id="11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secondarily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sympathy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secondarily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6" w:name="b_blv_0001_29"/>
      <w:pPr>
        <w:pStyle w:val="Heading2"/>
      </w:pP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bookmarkEnd w:id="11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secondary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7" w:name="b_blv_0007_25"/>
      <w:pPr>
        <w:pStyle w:val="Heading2"/>
      </w:pP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</w:t>
      </w:r>
      <w:bookmarkEnd w:id="11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astrological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indicative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roles,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probable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DJR-145-03.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8" w:name="b_blv_0007_09"/>
      <w:pPr>
        <w:pStyle w:val="Heading2"/>
      </w:pPr>
      <w:r>
        <w:rPr>
          <w:rFonts w:ascii="DejaVu Serif" w:hAnsi="DejaVu Serif"/>
          <w:color w:val="000000"/>
        </w:rPr>
        <w:t>causlesse</w:t>
      </w:r>
      <w:bookmarkEnd w:id="11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causlesse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grounds;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groundless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19" w:name="b_blv_0005_05"/>
      <w:pPr>
        <w:pStyle w:val="Heading2"/>
      </w:pPr>
      <w:r>
        <w:rPr>
          <w:rFonts w:ascii="DejaVu Serif" w:hAnsi="DejaVu Serif"/>
          <w:color w:val="000000"/>
        </w:rPr>
        <w:t>Characters</w:t>
      </w:r>
      <w:bookmarkEnd w:id="11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95–96;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written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symbols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0" w:name="b_blv_0005_01"/>
      <w:pPr>
        <w:pStyle w:val="Heading2"/>
      </w:pP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bookmarkEnd w:id="12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inherent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1" w:name="b_blv_0005_02"/>
      <w:pPr>
        <w:pStyle w:val="Heading2"/>
      </w:pP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</w:t>
      </w:r>
      <w:bookmarkEnd w:id="12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formula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paragraph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intrinsic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56–57;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DJR-031-54.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2" w:name="b_blv_0005_14"/>
      <w:pPr>
        <w:pStyle w:val="Heading2"/>
      </w:pP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bookmarkEnd w:id="12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captivate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company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therapeutic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264;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DJR-077-25.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3" w:name="b_blv_0004_05"/>
      <w:pPr>
        <w:pStyle w:val="Heading2"/>
      </w:pPr>
      <w:r>
        <w:rPr>
          <w:rFonts w:ascii="DejaVu Serif" w:hAnsi="DejaVu Serif"/>
          <w:color w:val="000000"/>
        </w:rPr>
        <w:t>Charmer</w:t>
      </w:r>
      <w:bookmarkEnd w:id="12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employs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sorcerer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4" w:name="b_blv_0005_03"/>
      <w:pPr>
        <w:pStyle w:val="Heading2"/>
      </w:pPr>
      <w:r>
        <w:rPr>
          <w:rFonts w:ascii="DejaVu Serif" w:hAnsi="DejaVu Serif"/>
          <w:color w:val="000000"/>
        </w:rPr>
        <w:t>Christ’s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12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diabolical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illusions;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Christ’s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purpose.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DJR-169-22.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5" w:name="b_blv_0006_09"/>
      <w:pPr>
        <w:pStyle w:val="Heading2"/>
      </w:pPr>
      <w:r>
        <w:rPr>
          <w:rFonts w:ascii="DejaVu Serif" w:hAnsi="DejaVu Serif"/>
          <w:color w:val="000000"/>
        </w:rPr>
        <w:t>Cleopatra’s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bookmarkEnd w:id="12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Love-charms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Cleopatra’s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attractions.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476;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DJR-121-32.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love-charms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6" w:name="b_blv_0004_17"/>
      <w:pPr>
        <w:pStyle w:val="Heading2"/>
      </w:pPr>
      <w:r>
        <w:rPr>
          <w:rFonts w:ascii="DejaVu Serif" w:hAnsi="DejaVu Serif"/>
          <w:color w:val="000000"/>
        </w:rPr>
        <w:t>Compact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obligation</w:t>
      </w:r>
      <w:bookmarkEnd w:id="12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band,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obligation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undertaking.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self-accusation,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subsequently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unwilling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710–711;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DJR-167-17.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pact,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obligation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7" w:name="b_blv_0003_02"/>
      <w:pPr>
        <w:pStyle w:val="Heading2"/>
      </w:pPr>
      <w:r>
        <w:rPr>
          <w:rFonts w:ascii="DejaVu Serif" w:hAnsi="DejaVu Serif"/>
          <w:color w:val="000000"/>
        </w:rPr>
        <w:t>conjure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2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Intellectual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controversies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difficult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quiet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DJR-006-14.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clause.</w:t>
      </w:r>
    </w:p>
    <w:p>
      <w:bookmarkStart w:id="128" w:name="b_blv_0004_03"/>
      <w:pPr>
        <w:pStyle w:val="Heading2"/>
      </w:pPr>
      <w:r>
        <w:rPr>
          <w:rFonts w:ascii="DejaVu Serif" w:hAnsi="DejaVu Serif"/>
          <w:color w:val="000000"/>
        </w:rPr>
        <w:t>Conjurer</w:t>
      </w:r>
      <w:bookmarkEnd w:id="12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summons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adjures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obedience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conjurers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29" w:name="b_blv_0007_27"/>
      <w:pPr>
        <w:pStyle w:val="Heading2"/>
      </w:pPr>
      <w:r>
        <w:rPr>
          <w:rFonts w:ascii="DejaVu Serif" w:hAnsi="DejaVu Serif"/>
          <w:color w:val="000000"/>
        </w:rPr>
        <w:t>contemn</w:t>
      </w:r>
      <w:bookmarkEnd w:id="12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Disregard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light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disregard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0" w:name="b_blv_0007_05"/>
      <w:pPr>
        <w:pStyle w:val="Heading2"/>
      </w:pPr>
      <w:r>
        <w:rPr>
          <w:rFonts w:ascii="DejaVu Serif" w:hAnsi="DejaVu Serif"/>
          <w:color w:val="000000"/>
        </w:rPr>
        <w:t>corrivals</w:t>
      </w:r>
      <w:bookmarkEnd w:id="13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corrivals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lovers.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DJR-144-47.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fellow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1" w:name="b_blv_0002_07"/>
      <w:pPr>
        <w:pStyle w:val="Heading2"/>
      </w:pPr>
      <w:r>
        <w:rPr>
          <w:rFonts w:ascii="DejaVu Serif" w:hAnsi="DejaVu Serif"/>
          <w:color w:val="000000"/>
        </w:rPr>
        <w:t>corrupt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bookmarkEnd w:id="13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corrupt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image-forming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content.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446;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DJR-115-60.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2" w:name="b_blv_0005_16"/>
      <w:pPr>
        <w:pStyle w:val="Heading2"/>
      </w:pP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13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soothing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advice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assistance,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sedative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administered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DJR-083-33.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3" w:name="b_blv_0005_10"/>
      <w:pPr>
        <w:pStyle w:val="Heading2"/>
      </w:pP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13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ineffectual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ritual,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judgment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elaborate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exorcisms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counterfeit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4" w:name="b_blv_0002_08"/>
      <w:pPr>
        <w:pStyle w:val="Heading2"/>
      </w:pPr>
      <w:r>
        <w:rPr>
          <w:rFonts w:ascii="DejaVu Serif" w:hAnsi="DejaVu Serif"/>
          <w:color w:val="000000"/>
        </w:rPr>
        <w:t>crased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bookmarkEnd w:id="13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frightening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shapes.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DJR-169-01.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disordered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5" w:name="b_blv_0005_11"/>
      <w:pPr>
        <w:pStyle w:val="Heading2"/>
      </w:pPr>
      <w:r>
        <w:rPr>
          <w:rFonts w:ascii="DejaVu Serif" w:hAnsi="DejaVu Serif"/>
          <w:color w:val="000000"/>
        </w:rPr>
        <w:t>Credulitate</w:t>
      </w:r>
      <w:bookmarkEnd w:id="13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ablative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Weyer’s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conflicts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N02798.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6" w:name="b_blv_0001_43"/>
      <w:pPr>
        <w:pStyle w:val="Heading2"/>
      </w:pP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bookmarkEnd w:id="13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230;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DJR-069-42.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complete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7" w:name="b_blv_0003_15"/>
      <w:pPr>
        <w:pStyle w:val="Heading2"/>
      </w:pPr>
      <w:r>
        <w:rPr>
          <w:rFonts w:ascii="DejaVu Serif" w:hAnsi="DejaVu Serif"/>
          <w:color w:val="000000"/>
        </w:rPr>
        <w:t>daemon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daimon</w:t>
      </w:r>
      <w:bookmarkEnd w:id="13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dæmones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encompassing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daimones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38" w:name="b_blv_0001_21"/>
      <w:pPr>
        <w:pStyle w:val="Heading2"/>
      </w:pP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3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consolation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361;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DJR-098-29.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possessive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alone.</w:t>
      </w:r>
    </w:p>
    <w:p>
      <w:bookmarkStart w:id="139" w:name="b_blv_0003_29"/>
      <w:pPr>
        <w:pStyle w:val="Heading2"/>
      </w:pPr>
      <w:r>
        <w:rPr>
          <w:rFonts w:ascii="DejaVu Serif" w:hAnsi="DejaVu Serif"/>
          <w:color w:val="000000"/>
        </w:rPr>
        <w:t>darkened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3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obscured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darkened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defended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206;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obscured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0" w:name="b_blv_0001_44"/>
      <w:pPr>
        <w:pStyle w:val="Heading2"/>
      </w:pPr>
      <w:r>
        <w:rPr>
          <w:rFonts w:ascii="DejaVu Serif" w:hAnsi="DejaVu Serif"/>
          <w:color w:val="000000"/>
        </w:rPr>
        <w:t>Defect</w:t>
      </w:r>
      <w:bookmarkEnd w:id="14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deficiency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classification.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683;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DJR-161-28.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Deficiency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1" w:name="b_blv_0007_28"/>
      <w:pPr>
        <w:pStyle w:val="Heading2"/>
      </w:pPr>
      <w:r>
        <w:rPr>
          <w:rFonts w:ascii="DejaVu Serif" w:hAnsi="DejaVu Serif"/>
          <w:color w:val="000000"/>
        </w:rPr>
        <w:t>Desperate</w:t>
      </w:r>
      <w:bookmarkEnd w:id="14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desperation.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suicidal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narratives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individually.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became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desperate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predicate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became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idiomatic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construction,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adjective-to-noun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equivalence.</w:t>
      </w:r>
    </w:p>
    <w:p>
      <w:bookmarkStart w:id="142" w:name="b_blv_0007_26"/>
      <w:pPr>
        <w:pStyle w:val="Heading2"/>
      </w:pPr>
      <w:r>
        <w:rPr>
          <w:rFonts w:ascii="DejaVu Serif" w:hAnsi="DejaVu Serif"/>
          <w:color w:val="000000"/>
        </w:rPr>
        <w:t>dissemble</w:t>
      </w:r>
      <w:bookmarkEnd w:id="14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dissemble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betrayal.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conceal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3" w:name="b_blv_0001_22"/>
      <w:pPr>
        <w:pStyle w:val="Heading2"/>
      </w:pP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4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ascent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656;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4" w:name="b_blv_0003_38"/>
      <w:pPr>
        <w:pStyle w:val="Heading2"/>
      </w:pP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devotion</w:t>
      </w:r>
      <w:bookmarkEnd w:id="14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fostered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fasting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5" w:name="b_blv_0003_40"/>
      <w:pPr>
        <w:pStyle w:val="Heading2"/>
      </w:pP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</w:t>
      </w:r>
      <w:bookmarkEnd w:id="14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711–712;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6" w:name="b_blv_0003_33"/>
      <w:pPr>
        <w:pStyle w:val="Heading2"/>
      </w:pP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excellence</w:t>
      </w:r>
      <w:bookmarkEnd w:id="14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eloquent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7" w:name="b_blv_0003_34"/>
      <w:pPr>
        <w:pStyle w:val="Heading2"/>
      </w:pP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excellence</w:t>
      </w:r>
      <w:bookmarkEnd w:id="14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beings,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exempted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criticism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hypocrisy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431;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DJR-112-21.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8" w:name="b_blv_0001_27"/>
      <w:pPr>
        <w:pStyle w:val="Heading2"/>
      </w:pPr>
      <w:r>
        <w:rPr>
          <w:rFonts w:ascii="DejaVu Serif" w:hAnsi="DejaVu Serif"/>
          <w:color w:val="000000"/>
        </w:rPr>
        <w:t>dotage</w:t>
      </w:r>
      <w:bookmarkEnd w:id="14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Dotage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principal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reason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31–32;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DJR-027-11.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derangement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49" w:name="b_blv_0001_39"/>
      <w:pPr>
        <w:pStyle w:val="Heading2"/>
      </w:pPr>
      <w:r>
        <w:rPr>
          <w:rFonts w:ascii="DejaVu Serif" w:hAnsi="DejaVu Serif"/>
          <w:color w:val="000000"/>
        </w:rPr>
        <w:t>ecstasy</w:t>
      </w:r>
      <w:bookmarkEnd w:id="14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Extasis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Ecstatic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valued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656;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Ecstasy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0" w:name="b_blv_0002_25"/>
      <w:pPr>
        <w:pStyle w:val="Heading2"/>
      </w:pP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bookmarkEnd w:id="15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initiating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1" w:name="b_blv_0004_04"/>
      <w:pPr>
        <w:pStyle w:val="Heading2"/>
      </w:pPr>
      <w:r>
        <w:rPr>
          <w:rFonts w:ascii="DejaVu Serif" w:hAnsi="DejaVu Serif"/>
          <w:color w:val="000000"/>
        </w:rPr>
        <w:t>Enchanter</w:t>
      </w:r>
      <w:bookmarkEnd w:id="15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Inchanters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overlapping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sorcerer;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enchanters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2" w:name="b_blv_0002_26"/>
      <w:pPr>
        <w:pStyle w:val="Heading2"/>
      </w:pPr>
      <w:r>
        <w:rPr>
          <w:rFonts w:ascii="DejaVu Serif" w:hAnsi="DejaVu Serif"/>
          <w:color w:val="000000"/>
        </w:rPr>
        <w:t>End</w:t>
      </w:r>
      <w:bookmarkEnd w:id="15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avoided,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end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3" w:name="b_blv_0003_32"/>
      <w:pPr>
        <w:pStyle w:val="Heading2"/>
      </w:pP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15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biblical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David’s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300;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DJR-085-16.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4" w:name="b_blv_0004_10"/>
      <w:pPr>
        <w:pStyle w:val="Heading2"/>
      </w:pPr>
      <w:r>
        <w:rPr>
          <w:rFonts w:ascii="DejaVu Serif" w:hAnsi="DejaVu Serif"/>
          <w:color w:val="000000"/>
        </w:rPr>
        <w:t>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parte</w:t>
      </w:r>
      <w:bookmarkEnd w:id="15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gloss.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column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provisionally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pacto.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glossed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full-context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incorporating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conjectural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pacto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modifiers.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provisional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editorial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emendation,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phrase.</w:t>
      </w:r>
    </w:p>
    <w:p>
      <w:bookmarkStart w:id="155" w:name="b_blv_0005_07"/>
      <w:pPr>
        <w:pStyle w:val="Heading2"/>
      </w:pPr>
      <w:r>
        <w:rPr>
          <w:rFonts w:ascii="DejaVu Serif" w:hAnsi="DejaVu Serif"/>
          <w:color w:val="000000"/>
        </w:rPr>
        <w:t>Exploded</w:t>
      </w:r>
      <w:bookmarkEnd w:id="15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exploded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discredited.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consisting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signs,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DJR-105-32.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rejected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6" w:name="b_blv_0002_22"/>
      <w:pPr>
        <w:pStyle w:val="Heading2"/>
      </w:pPr>
      <w:r>
        <w:rPr>
          <w:rFonts w:ascii="DejaVu Serif" w:hAnsi="DejaVu Serif"/>
          <w:color w:val="000000"/>
        </w:rPr>
        <w:t>ferè</w:t>
      </w:r>
      <w:bookmarkEnd w:id="15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ferè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Almost;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almost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7" w:name="b_blv_0006_10"/>
      <w:pPr>
        <w:pStyle w:val="Heading2"/>
      </w:pPr>
      <w:r>
        <w:rPr>
          <w:rFonts w:ascii="DejaVu Serif" w:hAnsi="DejaVu Serif"/>
          <w:color w:val="000000"/>
        </w:rPr>
        <w:t>Flattery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bookmarkEnd w:id="15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inducements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flatterers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421–422;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similar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8" w:name="b_blv_0002_27"/>
      <w:pPr>
        <w:pStyle w:val="Heading2"/>
      </w:pPr>
      <w:r>
        <w:rPr>
          <w:rFonts w:ascii="DejaVu Serif" w:hAnsi="DejaVu Serif"/>
          <w:color w:val="000000"/>
        </w:rPr>
        <w:t>Foremost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bookmarkEnd w:id="15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earlier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anatomy.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front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59" w:name="b_blv_0004_12"/>
      <w:pPr>
        <w:pStyle w:val="Heading2"/>
      </w:pPr>
      <w:r>
        <w:rPr>
          <w:rFonts w:ascii="DejaVu Serif" w:hAnsi="DejaVu Serif"/>
          <w:color w:val="000000"/>
        </w:rPr>
        <w:t>Forespoken</w:t>
      </w:r>
      <w:bookmarkEnd w:id="15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forespoken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themselves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DJR-063-05.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cursed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0" w:name="b_blv_0003_13"/>
      <w:pPr>
        <w:pStyle w:val="Heading2"/>
      </w:pP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bookmarkEnd w:id="16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DJR-028-15.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generous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1" w:name="b_blv_0001_02"/>
      <w:pPr>
        <w:pStyle w:val="Heading2"/>
      </w:pPr>
      <w:r>
        <w:rPr>
          <w:rFonts w:ascii="DejaVu Serif" w:hAnsi="DejaVu Serif"/>
          <w:color w:val="000000"/>
        </w:rPr>
        <w:t>genius</w:t>
      </w:r>
      <w:bookmarkEnd w:id="16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malign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DJR-003-08.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2" w:name="b_blv_0003_01"/>
      <w:pPr>
        <w:pStyle w:val="Heading2"/>
      </w:pPr>
      <w:r>
        <w:rPr>
          <w:rFonts w:ascii="DejaVu Serif" w:hAnsi="DejaVu Serif"/>
          <w:color w:val="000000"/>
        </w:rPr>
        <w:t>genius</w:t>
      </w:r>
      <w:bookmarkEnd w:id="16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attendant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DJR-003-08.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3" w:name="b_blv_0003_16"/>
      <w:pPr>
        <w:pStyle w:val="Heading2"/>
      </w:pPr>
      <w:r>
        <w:rPr>
          <w:rFonts w:ascii="DejaVu Serif" w:hAnsi="DejaVu Serif"/>
          <w:color w:val="000000"/>
        </w:rPr>
        <w:t>genius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genii</w:t>
      </w:r>
      <w:bookmarkEnd w:id="16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boni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Genii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conjunction).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appointed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punish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4" w:name="b_blv_0001_25"/>
      <w:pPr>
        <w:pStyle w:val="Heading2"/>
      </w:pP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bookmarkEnd w:id="16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contrasted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5" w:name="b_blv_0001_26"/>
      <w:pPr>
        <w:pStyle w:val="Heading2"/>
      </w:pP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bookmarkEnd w:id="16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habit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fixed,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enduring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6" w:name="b_blv_0006_04"/>
      <w:pPr>
        <w:pStyle w:val="Heading2"/>
      </w:pPr>
      <w:r>
        <w:rPr>
          <w:rFonts w:ascii="DejaVu Serif" w:hAnsi="DejaVu Serif"/>
          <w:color w:val="000000"/>
        </w:rPr>
        <w:t>Happily</w:t>
      </w:r>
      <w:bookmarkEnd w:id="16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happily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Perhaps,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fortunately.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mythical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502–503;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DJR-126-19.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Perhaps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7" w:name="b_blv_0001_13"/>
      <w:pPr>
        <w:pStyle w:val="Heading2"/>
      </w:pP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6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proceeding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own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fault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8" w:name="b_blv_0003_17"/>
      <w:pPr>
        <w:pStyle w:val="Heading2"/>
      </w:pPr>
      <w:r>
        <w:rPr>
          <w:rFonts w:ascii="DejaVu Serif" w:hAnsi="DejaVu Serif"/>
          <w:color w:val="000000"/>
        </w:rPr>
        <w:t>heros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heroes</w:t>
      </w:r>
      <w:bookmarkEnd w:id="16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terminology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Stoics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Heroes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69" w:name="b_blv_0007_18"/>
      <w:pPr>
        <w:pStyle w:val="Heading2"/>
      </w:pPr>
      <w:r>
        <w:rPr>
          <w:rFonts w:ascii="DejaVu Serif" w:hAnsi="DejaVu Serif"/>
          <w:color w:val="000000"/>
        </w:rPr>
        <w:t>honest</w:t>
      </w:r>
      <w:bookmarkEnd w:id="16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faithful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faithful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0" w:name="b_blv_0007_19"/>
      <w:pPr>
        <w:pStyle w:val="Heading2"/>
      </w:pPr>
      <w:r>
        <w:rPr>
          <w:rFonts w:ascii="DejaVu Serif" w:hAnsi="DejaVu Serif"/>
          <w:color w:val="000000"/>
        </w:rPr>
        <w:t>honesty</w:t>
      </w:r>
      <w:bookmarkEnd w:id="17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honesty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Chastity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verse.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DJR-149-09.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chastity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1" w:name="b_blv_0001_14"/>
      <w:pPr>
        <w:pStyle w:val="Heading2"/>
      </w:pPr>
      <w:r>
        <w:rPr>
          <w:rFonts w:ascii="DejaVu Serif" w:hAnsi="DejaVu Serif"/>
          <w:color w:val="000000"/>
        </w:rPr>
        <w:t>hypochondriacal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7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Hypocondriacal,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associated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abdominal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hypochondriacal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2" w:name="b_blv_0002_06"/>
      <w:pPr>
        <w:pStyle w:val="Heading2"/>
      </w:pPr>
      <w:r>
        <w:rPr>
          <w:rFonts w:ascii="DejaVu Serif" w:hAnsi="DejaVu Serif"/>
          <w:color w:val="000000"/>
        </w:rPr>
        <w:t>imaginatio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læsa</w:t>
      </w:r>
      <w:bookmarkEnd w:id="17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læsa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erotic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447;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DJR-115-62.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3" w:name="b_blv_0001_12"/>
      <w:pPr>
        <w:pStyle w:val="Heading2"/>
      </w:pP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7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spirits-only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substantivized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adjective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explicit.</w:t>
      </w:r>
    </w:p>
    <w:p>
      <w:bookmarkStart w:id="174" w:name="b_blv_0003_11"/>
      <w:pPr>
        <w:pStyle w:val="Heading2"/>
      </w:pP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7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immateriall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substantivized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adjective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explicit.</w:t>
      </w:r>
    </w:p>
    <w:p>
      <w:bookmarkStart w:id="175" w:name="b_blv_0002_24"/>
      <w:pPr>
        <w:pStyle w:val="Heading2"/>
      </w:pPr>
      <w:r>
        <w:rPr>
          <w:rFonts w:ascii="DejaVu Serif" w:hAnsi="DejaVu Serif"/>
          <w:color w:val="000000"/>
        </w:rPr>
        <w:t>impia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credulitate</w:t>
      </w:r>
      <w:bookmarkEnd w:id="17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N02798.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impious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6" w:name="b_blv_0002_11"/>
      <w:pPr>
        <w:pStyle w:val="Heading2"/>
      </w:pP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kinde</w:t>
      </w:r>
      <w:bookmarkEnd w:id="17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sort;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scope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emotional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grievances.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7" w:name="b_blv_0005_17"/>
      <w:pPr>
        <w:pStyle w:val="Heading2"/>
      </w:pPr>
      <w:r>
        <w:rPr>
          <w:rFonts w:ascii="DejaVu Serif" w:hAnsi="DejaVu Serif"/>
          <w:color w:val="000000"/>
        </w:rPr>
        <w:t>Incantationis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instar</w:t>
      </w:r>
      <w:bookmarkEnd w:id="17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wisely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administered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distress.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[296]–297;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8" w:name="b_blv_0005_04"/>
      <w:pPr>
        <w:pStyle w:val="Heading2"/>
      </w:pPr>
      <w:r>
        <w:rPr>
          <w:rFonts w:ascii="DejaVu Serif" w:hAnsi="DejaVu Serif"/>
          <w:color w:val="000000"/>
        </w:rPr>
        <w:t>Incredulity</w:t>
      </w:r>
      <w:bookmarkEnd w:id="17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incredulity,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credulity.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79" w:name="b_blv_0002_14"/>
      <w:pPr>
        <w:pStyle w:val="Heading2"/>
      </w:pPr>
      <w:r>
        <w:rPr>
          <w:rFonts w:ascii="DejaVu Serif" w:hAnsi="DejaVu Serif"/>
          <w:color w:val="000000"/>
        </w:rPr>
        <w:t>Incubus,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Witch-ridden</w:t>
      </w:r>
      <w:bookmarkEnd w:id="17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Incubus,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Nightmare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incubus,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“witch-ridden,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”.</w:t>
      </w:r>
    </w:p>
    <w:p>
      <w:bookmarkStart w:id="180" w:name="b_blv_0007_22"/>
      <w:pPr>
        <w:pStyle w:val="Heading2"/>
      </w:pPr>
      <w:r>
        <w:rPr>
          <w:rFonts w:ascii="DejaVu Serif" w:hAnsi="DejaVu Serif"/>
          <w:color w:val="000000"/>
        </w:rPr>
        <w:t>injurie</w:t>
      </w:r>
      <w:bookmarkEnd w:id="18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injurie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Wrongdoing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violence.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violence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1" w:name="b_blv_0003_06"/>
      <w:pPr>
        <w:pStyle w:val="Heading2"/>
      </w:pPr>
      <w:r>
        <w:rPr>
          <w:rFonts w:ascii="DejaVu Serif" w:hAnsi="DejaVu Serif"/>
          <w:color w:val="000000"/>
        </w:rPr>
        <w:t>instrument</w:t>
      </w:r>
      <w:bookmarkEnd w:id="18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actions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2" w:name="b_blv_0007_02"/>
      <w:pPr>
        <w:pStyle w:val="Heading2"/>
      </w:pPr>
      <w:r>
        <w:rPr>
          <w:rFonts w:ascii="DejaVu Serif" w:hAnsi="DejaVu Serif"/>
          <w:color w:val="000000"/>
        </w:rPr>
        <w:t>Jealousie</w:t>
      </w:r>
      <w:bookmarkEnd w:id="18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attachment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exclusive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enjoyment.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Jealousy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3" w:name="b_blv_0003_18"/>
      <w:pPr>
        <w:pStyle w:val="Heading2"/>
      </w:pPr>
      <w:r>
        <w:rPr>
          <w:rFonts w:ascii="DejaVu Serif" w:hAnsi="DejaVu Serif"/>
          <w:color w:val="000000"/>
        </w:rPr>
        <w:t>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lares</w:t>
      </w:r>
      <w:bookmarkEnd w:id="18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guardian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Lares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4" w:name="b_blv_0003_20"/>
      <w:pPr>
        <w:pStyle w:val="Heading2"/>
      </w:pPr>
      <w:r>
        <w:rPr>
          <w:rFonts w:ascii="DejaVu Serif" w:hAnsi="DejaVu Serif"/>
          <w:color w:val="000000"/>
        </w:rPr>
        <w:t>larva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larvae</w:t>
      </w:r>
      <w:bookmarkEnd w:id="18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Larvæ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Larvae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5" w:name="b_blv_0003_19"/>
      <w:pPr>
        <w:pStyle w:val="Heading2"/>
      </w:pPr>
      <w:r>
        <w:rPr>
          <w:rFonts w:ascii="DejaVu Serif" w:hAnsi="DejaVu Serif"/>
          <w:color w:val="000000"/>
        </w:rPr>
        <w:t>lemures</w:t>
      </w:r>
      <w:bookmarkEnd w:id="18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Lemures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Lemures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6" w:name="b_blv_0007_03"/>
      <w:pPr>
        <w:pStyle w:val="Heading2"/>
      </w:pPr>
      <w:r>
        <w:rPr>
          <w:rFonts w:ascii="DejaVu Serif" w:hAnsi="DejaVu Serif"/>
          <w:color w:val="000000"/>
        </w:rPr>
        <w:t>lest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enamoured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bookmarkEnd w:id="18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enamoured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narrows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focus.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lest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should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someone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7" w:name="b_blv_0006_07"/>
      <w:pPr>
        <w:pStyle w:val="Heading2"/>
      </w:pP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philtrum</w:t>
      </w:r>
      <w:bookmarkEnd w:id="18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directed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genuine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virtue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worth;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compulsion.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DJR-110-25.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8" w:name="b_blv_0004_16"/>
      <w:pPr>
        <w:pStyle w:val="Heading2"/>
      </w:pP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bookmarkEnd w:id="18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Heliodorus,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invoke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467;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DJR-120-04.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89" w:name="b_blv_0002_05"/>
      <w:pPr>
        <w:pStyle w:val="Heading2"/>
      </w:pPr>
      <w:r>
        <w:rPr>
          <w:rFonts w:ascii="DejaVu Serif" w:hAnsi="DejaVu Serif"/>
          <w:color w:val="000000"/>
        </w:rPr>
        <w:t>læsa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</w:t>
      </w:r>
      <w:bookmarkEnd w:id="18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læsa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misinforms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impaired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0" w:name="b_blv_0005_12"/>
      <w:pPr>
        <w:pStyle w:val="Heading2"/>
      </w:pP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</w:t>
      </w:r>
      <w:bookmarkEnd w:id="19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searched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before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combat.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DJR-031-44.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1" w:name="b_blv_0004_02"/>
      <w:pPr>
        <w:pStyle w:val="Heading2"/>
      </w:pPr>
      <w:r>
        <w:rPr>
          <w:rFonts w:ascii="DejaVu Serif" w:hAnsi="DejaVu Serif"/>
          <w:color w:val="000000"/>
        </w:rPr>
        <w:t>Magician</w:t>
      </w:r>
      <w:bookmarkEnd w:id="19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appears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command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mastery.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magicians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2" w:name="b_blv_0004_11"/>
      <w:pPr>
        <w:pStyle w:val="Heading2"/>
      </w:pPr>
      <w:r>
        <w:rPr>
          <w:rFonts w:ascii="DejaVu Serif" w:hAnsi="DejaVu Serif"/>
          <w:color w:val="000000"/>
        </w:rPr>
        <w:t>Malificiated</w:t>
      </w:r>
      <w:bookmarkEnd w:id="19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malificiated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sorcery.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regards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surrounding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people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creatures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threatening.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181;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DJR-058-31.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bewitched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3" w:name="b_blv_0003_26"/>
      <w:pPr>
        <w:pStyle w:val="Heading2"/>
      </w:pPr>
      <w:r>
        <w:rPr>
          <w:rFonts w:ascii="DejaVu Serif" w:hAnsi="DejaVu Serif"/>
          <w:color w:val="000000"/>
        </w:rPr>
        <w:t>martial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bookmarkEnd w:id="19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martiall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127;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DJR-046-18.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martial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4" w:name="b_blv_0001_30"/>
      <w:pPr>
        <w:pStyle w:val="Heading2"/>
      </w:pP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19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considered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33–34;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5" w:name="b_blv_0007_24"/>
      <w:pPr>
        <w:pStyle w:val="Heading2"/>
      </w:pPr>
      <w:r>
        <w:rPr>
          <w:rFonts w:ascii="DejaVu Serif" w:hAnsi="DejaVu Serif"/>
          <w:color w:val="000000"/>
        </w:rPr>
        <w:t>maturely</w:t>
      </w:r>
      <w:bookmarkEnd w:id="19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maturely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Promptly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6" w:name="b_blv_0002_12"/>
      <w:pPr>
        <w:pStyle w:val="Heading2"/>
      </w:pPr>
      <w:r>
        <w:rPr>
          <w:rFonts w:ascii="DejaVu Serif" w:hAnsi="DejaVu Serif"/>
          <w:color w:val="000000"/>
        </w:rPr>
        <w:t>medium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deferens</w:t>
      </w:r>
      <w:bookmarkEnd w:id="19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deferens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Conveying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passions.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DJR-039-34.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conveying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medium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7" w:name="b_blv_0001_17"/>
      <w:pPr>
        <w:pStyle w:val="Heading2"/>
      </w:pPr>
      <w:r>
        <w:rPr>
          <w:rFonts w:ascii="DejaVu Serif" w:hAnsi="DejaVu Serif"/>
          <w:color w:val="000000"/>
        </w:rPr>
        <w:t>melancholia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asinina</w:t>
      </w:r>
      <w:bookmarkEnd w:id="19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Asininam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Disparaging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phlegmatic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DJR-060-16.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Asinine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8" w:name="b_blv_0001_18"/>
      <w:pPr>
        <w:pStyle w:val="Heading2"/>
      </w:pPr>
      <w:r>
        <w:rPr>
          <w:rFonts w:ascii="DejaVu Serif" w:hAnsi="DejaVu Serif"/>
          <w:color w:val="000000"/>
        </w:rPr>
        <w:t>melancholicus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octo</w:t>
      </w:r>
      <w:bookmarkEnd w:id="19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eighth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insufficient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rhetorical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scale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DJR-061-10.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eighth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degree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199" w:name="b_blv_0001_03"/>
      <w:pPr>
        <w:pStyle w:val="Heading2"/>
      </w:pPr>
      <w:r>
        <w:rPr>
          <w:rFonts w:ascii="DejaVu Serif" w:hAnsi="DejaVu Serif"/>
          <w:color w:val="000000"/>
        </w:rPr>
        <w:t>melancholize</w:t>
      </w:r>
      <w:bookmarkEnd w:id="19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melancholizing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engaging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knowledge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DJR-003-11.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melancholizing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0" w:name="b_blv_0001_15"/>
      <w:pPr>
        <w:pStyle w:val="Heading2"/>
      </w:pPr>
      <w:r>
        <w:rPr>
          <w:rFonts w:ascii="DejaVu Serif" w:hAnsi="DejaVu Serif"/>
          <w:color w:val="000000"/>
        </w:rPr>
        <w:t>melancholize</w:t>
      </w:r>
      <w:bookmarkEnd w:id="20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pleasurable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solitary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fantasy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88;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DJR-038-07.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indulge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1" w:name="b_blv_0001_19"/>
      <w:pPr>
        <w:pStyle w:val="Heading2"/>
      </w:pPr>
      <w:r>
        <w:rPr>
          <w:rFonts w:ascii="DejaVu Serif" w:hAnsi="DejaVu Serif"/>
          <w:color w:val="000000"/>
        </w:rPr>
        <w:t>melancholize</w:t>
      </w:r>
      <w:bookmarkEnd w:id="20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corners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withdraw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disgrace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[supplied];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DJR-040-30.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brood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corners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2" w:name="b_blv_0001_20"/>
      <w:pPr>
        <w:pStyle w:val="Heading2"/>
      </w:pPr>
      <w:r>
        <w:rPr>
          <w:rFonts w:ascii="DejaVu Serif" w:hAnsi="DejaVu Serif"/>
          <w:color w:val="000000"/>
        </w:rPr>
        <w:t>melancholize</w:t>
      </w:r>
      <w:bookmarkEnd w:id="20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melancholize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unoccupied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deepens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294;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sink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3" w:name="b_blv_0001_04"/>
      <w:pPr>
        <w:pStyle w:val="Heading2"/>
      </w:pPr>
      <w:r>
        <w:rPr>
          <w:rFonts w:ascii="DejaVu Serif" w:hAnsi="DejaVu Serif"/>
          <w:color w:val="000000"/>
        </w:rPr>
        <w:t>melancholy</w:t>
      </w:r>
      <w:bookmarkEnd w:id="20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properly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improperly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Collecting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strict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satire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DJR-007-08.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strictly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loosely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4" w:name="b_blv_0001_07"/>
      <w:pPr>
        <w:pStyle w:val="Heading2"/>
      </w:pPr>
      <w:r>
        <w:rPr>
          <w:rFonts w:ascii="DejaVu Serif" w:hAnsi="DejaVu Serif"/>
          <w:color w:val="000000"/>
        </w:rPr>
        <w:t>melancholy</w:t>
      </w:r>
      <w:bookmarkEnd w:id="20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cold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nutritive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balancing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office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5" w:name="b_blv_0001_11"/>
      <w:pPr>
        <w:pStyle w:val="Heading2"/>
      </w:pPr>
      <w:r>
        <w:rPr>
          <w:rFonts w:ascii="DejaVu Serif" w:hAnsi="DejaVu Serif"/>
          <w:color w:val="000000"/>
        </w:rPr>
        <w:t>melancholy</w:t>
      </w:r>
      <w:bookmarkEnd w:id="20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sorrow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cases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DJR-027-12.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6" w:name="b_blv_0001_24"/>
      <w:pPr>
        <w:pStyle w:val="Heading2"/>
      </w:pPr>
      <w:r>
        <w:rPr>
          <w:rFonts w:ascii="DejaVu Serif" w:hAnsi="DejaVu Serif"/>
          <w:color w:val="000000"/>
        </w:rPr>
        <w:t>melancholy</w:t>
      </w:r>
      <w:bookmarkEnd w:id="20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equivocations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gathered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DJR-172-013.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7" w:name="b_blv_0001_05"/>
      <w:pPr>
        <w:pStyle w:val="Heading2"/>
      </w:pP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bookmarkEnd w:id="20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Disposition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8" w:name="b_blv_0005_20"/>
      <w:pPr>
        <w:pStyle w:val="Heading2"/>
      </w:pP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20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despairing.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707;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DJR-166-29.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09" w:name="b_blv_0002_09"/>
      <w:pPr>
        <w:pStyle w:val="Heading2"/>
      </w:pP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bookmarkEnd w:id="20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organ.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brain’s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middle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chamber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0" w:name="b_blv_0001_41"/>
      <w:pPr>
        <w:pStyle w:val="Heading2"/>
      </w:pPr>
      <w:r>
        <w:rPr>
          <w:rFonts w:ascii="DejaVu Serif" w:hAnsi="DejaVu Serif"/>
          <w:color w:val="000000"/>
        </w:rPr>
        <w:t>monstrous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1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monstrous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atheism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impiety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Melanchthon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683;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DJR-161-30.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monstrous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1" w:name="b_blv_0001_06"/>
      <w:pPr>
        <w:pStyle w:val="Heading2"/>
      </w:pPr>
      <w:r>
        <w:rPr>
          <w:rFonts w:ascii="DejaVu Serif" w:hAnsi="DejaVu Serif"/>
          <w:color w:val="000000"/>
        </w:rPr>
        <w:t>morbus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sonticus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morbus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chronicus</w:t>
      </w:r>
      <w:bookmarkEnd w:id="21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morbus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sonticus,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conjunction).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chronic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2" w:name="b_blv_0007_11"/>
      <w:pPr>
        <w:pStyle w:val="Heading2"/>
      </w:pP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</w:t>
      </w:r>
      <w:bookmarkEnd w:id="21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forecast,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inevitable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sequence.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generally,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unless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otherwise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relieved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3" w:name="b_blv_0001_31"/>
      <w:pPr>
        <w:pStyle w:val="Heading2"/>
      </w:pP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1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normal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four-humour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scheme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33–34;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4" w:name="b_blv_0003_07"/>
      <w:pPr>
        <w:pStyle w:val="Heading2"/>
      </w:pP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21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Elliptical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veins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elliptical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governing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classification.</w:t>
      </w:r>
    </w:p>
    <w:p>
      <w:bookmarkStart w:id="215" w:name="b_blv_0007_13"/>
      <w:pPr>
        <w:pStyle w:val="Heading2"/>
      </w:pPr>
      <w:r>
        <w:rPr>
          <w:rFonts w:ascii="DejaVu Serif" w:hAnsi="DejaVu Serif"/>
          <w:color w:val="000000"/>
        </w:rPr>
        <w:t>necessity</w:t>
      </w:r>
      <w:bookmarkEnd w:id="21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restraint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unreliable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keeper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fidelity.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DJR-149-01.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necessity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6" w:name="b_blv_0005_18"/>
      <w:pPr>
        <w:pStyle w:val="Heading2"/>
      </w:pPr>
      <w:r>
        <w:rPr>
          <w:rFonts w:ascii="DejaVu Serif" w:hAnsi="DejaVu Serif"/>
          <w:color w:val="000000"/>
        </w:rPr>
        <w:t>Nepenthe</w:t>
      </w:r>
      <w:bookmarkEnd w:id="21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Nepenthe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grief-banishing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interpreters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understand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Homer’s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nepenthe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medicine.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[296]–297;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nepenthe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7" w:name="b_blv_0003_22"/>
      <w:pPr>
        <w:pStyle w:val="Heading2"/>
      </w:pPr>
      <w:r>
        <w:rPr>
          <w:rFonts w:ascii="DejaVu Serif" w:hAnsi="DejaVu Serif"/>
          <w:color w:val="000000"/>
        </w:rPr>
        <w:t>non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interventu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humoris</w:t>
      </w:r>
      <w:bookmarkEnd w:id="21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interventu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restriction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demonic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causation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52–53;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DJR-031-16.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8" w:name="b_blv_0005_19"/>
      <w:pPr>
        <w:pStyle w:val="Heading2"/>
      </w:pPr>
      <w:r>
        <w:rPr>
          <w:rFonts w:ascii="DejaVu Serif" w:hAnsi="DejaVu Serif"/>
          <w:color w:val="000000"/>
        </w:rPr>
        <w:t>Opportunity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bookmarkEnd w:id="21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opportunity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favourable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appropriateness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consoling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[296]–297;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DJR-084-21.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occasion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19" w:name="b_blv_0002_20"/>
      <w:pPr>
        <w:pStyle w:val="Heading2"/>
      </w:pP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phantasies</w:t>
      </w:r>
      <w:bookmarkEnd w:id="21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711–712;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0" w:name="b_blv_0002_19"/>
      <w:pPr>
        <w:pStyle w:val="Heading2"/>
      </w:pPr>
      <w:r>
        <w:rPr>
          <w:rFonts w:ascii="DejaVu Serif" w:hAnsi="DejaVu Serif"/>
          <w:color w:val="000000"/>
        </w:rPr>
        <w:t>Phantasie</w:t>
      </w:r>
      <w:bookmarkEnd w:id="22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three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inward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1" w:name="b_blv_0002_01"/>
      <w:pPr>
        <w:pStyle w:val="Heading2"/>
      </w:pPr>
      <w:r>
        <w:rPr>
          <w:rFonts w:ascii="DejaVu Serif" w:hAnsi="DejaVu Serif"/>
          <w:color w:val="000000"/>
        </w:rPr>
        <w:t>Phantasie,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bookmarkEnd w:id="22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Phantasie,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internal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recalls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invents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Fancy,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2" w:name="b_blv_0006_01"/>
      <w:pPr>
        <w:pStyle w:val="Heading2"/>
      </w:pPr>
      <w:r>
        <w:rPr>
          <w:rFonts w:ascii="DejaVu Serif" w:hAnsi="DejaVu Serif"/>
          <w:color w:val="000000"/>
        </w:rPr>
        <w:t>Philter</w:t>
      </w:r>
      <w:bookmarkEnd w:id="22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compelling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includes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friendship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hostility.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DJR-031-41.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3" w:name="b_blv_0006_02"/>
      <w:pPr>
        <w:pStyle w:val="Heading2"/>
      </w:pP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2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taken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baron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states.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56–57;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DJR-031-54.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4" w:name="b_blv_0007_15"/>
      <w:pPr>
        <w:pStyle w:val="Heading2"/>
      </w:pPr>
      <w:r>
        <w:rPr>
          <w:rFonts w:ascii="DejaVu Serif" w:hAnsi="DejaVu Serif"/>
          <w:color w:val="000000"/>
        </w:rPr>
        <w:t>philters</w:t>
      </w:r>
      <w:bookmarkEnd w:id="22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624;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5" w:name="b_blv_0006_08"/>
      <w:pPr>
        <w:pStyle w:val="Heading2"/>
      </w:pP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capacity</w:t>
      </w:r>
      <w:bookmarkEnd w:id="22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Preparations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ability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sexual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activity,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stimulating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foods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moderation.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240;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DJR-072-10.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6" w:name="b_blv_0006_06"/>
      <w:pPr>
        <w:pStyle w:val="Heading2"/>
      </w:pPr>
      <w:r>
        <w:rPr>
          <w:rFonts w:ascii="DejaVu Serif" w:hAnsi="DejaVu Serif"/>
          <w:color w:val="000000"/>
        </w:rPr>
        <w:t>Philtra</w:t>
      </w:r>
      <w:bookmarkEnd w:id="22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Philtra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plural,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says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recipients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quantifier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generally.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56–57;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DJR-031-54,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N02212.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7" w:name="b_blv_0006_03"/>
      <w:pPr>
        <w:pStyle w:val="Heading2"/>
      </w:pPr>
      <w:r>
        <w:rPr>
          <w:rFonts w:ascii="DejaVu Serif" w:hAnsi="DejaVu Serif"/>
          <w:color w:val="000000"/>
        </w:rPr>
        <w:t>Philtrum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bookmarkEnd w:id="22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Philtrum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singular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merchant’s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friends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physician’s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constipation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cause.</w:t>
      </w:r>
    </w:p>
    <w:p>
      <w:pPr/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DJR-036-07.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8" w:name="b_blv_0001_42"/>
      <w:pPr>
        <w:pStyle w:val="Heading2"/>
      </w:pPr>
      <w:r>
        <w:rPr>
          <w:rFonts w:ascii="DejaVu Serif" w:hAnsi="DejaVu Serif"/>
          <w:color w:val="000000"/>
        </w:rPr>
        <w:t>poisoned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2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poysoned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impiety,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literal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poisoning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683;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DJR-161-30.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poisoned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29" w:name="b_blv_0005_22"/>
      <w:pPr>
        <w:pStyle w:val="Heading2"/>
      </w:pP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22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describes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psalm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opening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prescribed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Athanasius.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DJR-169-24.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immediately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0" w:name="b_blv_0001_09"/>
      <w:pPr>
        <w:pStyle w:val="Heading2"/>
      </w:pP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etymological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Μελαιναχόλη</w:t>
      </w:r>
      <w:bookmarkEnd w:id="23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Μελαιναχόλη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(Greek).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connected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choler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sentence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combines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etymological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gloss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twice.</w:t>
      </w:r>
    </w:p>
    <w:p>
      <w:bookmarkStart w:id="231" w:name="b_blv_0003_39"/>
      <w:pPr>
        <w:pStyle w:val="Heading2"/>
      </w:pP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bookmarkEnd w:id="23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inspiration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authoritative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over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public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institutions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676–677;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DJR-160-20.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2" w:name="b_blv_0007_16"/>
      <w:pPr>
        <w:pStyle w:val="Heading2"/>
      </w:pPr>
      <w:r>
        <w:rPr>
          <w:rFonts w:ascii="DejaVu Serif" w:hAnsi="DejaVu Serif"/>
          <w:color w:val="000000"/>
        </w:rPr>
        <w:t>private,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prison</w:t>
      </w:r>
      <w:bookmarkEnd w:id="23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private,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prison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Domestic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retirement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imprisonment.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630;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DJR-150-64.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private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prison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3" w:name="b_blv_0007_21"/>
      <w:pPr>
        <w:pStyle w:val="Heading2"/>
      </w:pPr>
      <w:r>
        <w:rPr>
          <w:rFonts w:ascii="DejaVu Serif" w:hAnsi="DejaVu Serif"/>
          <w:color w:val="000000"/>
        </w:rPr>
        <w:t>Prognosticks</w:t>
      </w:r>
      <w:bookmarkEnd w:id="23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Prognosticks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Forecasts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course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outcome.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Prognostics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4" w:name="b_blv_0002_17"/>
      <w:pPr>
        <w:pStyle w:val="Heading2"/>
      </w:pPr>
      <w:r>
        <w:rPr>
          <w:rFonts w:ascii="DejaVu Serif" w:hAnsi="DejaVu Serif"/>
          <w:color w:val="000000"/>
        </w:rPr>
        <w:t>Proteus,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Cameleon</w:t>
      </w:r>
      <w:bookmarkEnd w:id="23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Proteus,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Cameleon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comparator’s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subject.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Proteus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chameleon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5" w:name="b_blv_0001_40"/>
      <w:pPr>
        <w:pStyle w:val="Heading2"/>
      </w:pP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3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656;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DJR-156-10.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6" w:name="b_blv_0005_21"/>
      <w:pPr>
        <w:pStyle w:val="Heading2"/>
      </w:pPr>
      <w:r>
        <w:rPr>
          <w:rFonts w:ascii="DejaVu Serif" w:hAnsi="DejaVu Serif"/>
          <w:color w:val="000000"/>
        </w:rPr>
        <w:t>Repentance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23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Repentance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amulet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lodestone.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708;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DJR-166-44.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miseries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7" w:name="b_blv_0005_15"/>
      <w:pPr>
        <w:pStyle w:val="Heading2"/>
      </w:pPr>
      <w:r>
        <w:rPr>
          <w:rFonts w:ascii="DejaVu Serif" w:hAnsi="DejaVu Serif"/>
          <w:color w:val="000000"/>
        </w:rPr>
        <w:t>Scripture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</w:t>
      </w:r>
      <w:bookmarkEnd w:id="23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Scripture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attributed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Origen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incantation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away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283;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DJR-081-37.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charm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8" w:name="b_blv_0002_16"/>
      <w:pPr>
        <w:pStyle w:val="Heading2"/>
      </w:pPr>
      <w:r>
        <w:rPr>
          <w:rFonts w:ascii="DejaVu Serif" w:hAnsi="DejaVu Serif"/>
          <w:color w:val="000000"/>
        </w:rPr>
        <w:t>simulachra</w:t>
      </w:r>
      <w:bookmarkEnd w:id="23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simulachra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likenesses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beloved;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apparatus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Lucretian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image-film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528;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DJR-130-48.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39" w:name="b_blv_0002_04"/>
      <w:pPr>
        <w:pStyle w:val="Heading2"/>
      </w:pP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bookmarkEnd w:id="23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retained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magnified.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DJR-039-08.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0" w:name="b_blv_0002_21"/>
      <w:pPr>
        <w:pStyle w:val="Heading2"/>
      </w:pP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bookmarkEnd w:id="24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Species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sensible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apprehended.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21–22;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sensory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things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1" w:name="b_blv_0003_10"/>
      <w:pPr>
        <w:pStyle w:val="Heading2"/>
      </w:pP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bookmarkEnd w:id="24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regeneration,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DJR-026-38.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2" w:name="b_blv_0003_37"/>
      <w:pPr>
        <w:pStyle w:val="Heading2"/>
      </w:pP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bookmarkEnd w:id="24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fragrant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fictional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seducer’s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extravagant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promise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DJR-125-21.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Essence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roses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3" w:name="b_blv_0003_04"/>
      <w:pPr>
        <w:pStyle w:val="Heading2"/>
      </w:pP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bookmarkEnd w:id="24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blood,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functioning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4" w:name="b_blv_0003_14"/>
      <w:pPr>
        <w:pStyle w:val="Heading2"/>
      </w:pP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bookmarkEnd w:id="24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examination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DJR-028-21.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5" w:name="b_blv_0003_41"/>
      <w:pPr>
        <w:pStyle w:val="Heading2"/>
      </w:pPr>
      <w:r>
        <w:rPr>
          <w:rFonts w:ascii="DejaVu Serif" w:hAnsi="DejaVu Serif"/>
          <w:color w:val="000000"/>
        </w:rPr>
        <w:t>spirit: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bookmarkEnd w:id="24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suggestions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6" w:name="b_blv_0003_28"/>
      <w:pPr>
        <w:pStyle w:val="Heading2"/>
      </w:pP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bookmarkEnd w:id="24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173;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DJR-056-53.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7" w:name="b_blv_0003_24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persons</w:t>
      </w:r>
      <w:bookmarkEnd w:id="24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person’s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forceful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another’s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8" w:name="b_blv_0003_30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movement</w:t>
      </w:r>
      <w:bookmarkEnd w:id="24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enforceth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nerves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limbs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292;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DJR-083-31.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drives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49" w:name="b_blv_0003_42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bookmarkEnd w:id="24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mingle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0" w:name="b_blv_0003_25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</w:t>
      </w:r>
      <w:bookmarkEnd w:id="25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dulls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Diminishes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vigour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anti-study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argument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127;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DJR-046-18.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dulls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1" w:name="b_blv_0003_35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visual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fascination</w:t>
      </w:r>
      <w:bookmarkEnd w:id="25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exchanged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467;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DJR-120-05.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2" w:name="b_blv_0003_12"/>
      <w:pPr>
        <w:pStyle w:val="Heading2"/>
      </w:pPr>
      <w:r>
        <w:rPr>
          <w:rFonts w:ascii="DejaVu Serif" w:hAnsi="DejaVu Serif"/>
          <w:color w:val="000000"/>
        </w:rPr>
        <w:t>spirits: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</w:t>
      </w:r>
      <w:bookmarkEnd w:id="25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purer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volatile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constituents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wine,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analogy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finer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3" w:name="b_blv_0003_21"/>
      <w:pPr>
        <w:pStyle w:val="Heading2"/>
      </w:pP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bookmarkEnd w:id="25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Rogers’s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struggling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4" w:name="b_blv_0003_36"/>
      <w:pPr>
        <w:pStyle w:val="Heading2"/>
      </w:pP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bookmarkEnd w:id="25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said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travel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eye-rays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467;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DJR-120-07.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vapours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5" w:name="b_blv_0003_03"/>
      <w:pPr>
        <w:pStyle w:val="Heading2"/>
      </w:pPr>
      <w:r>
        <w:rPr>
          <w:rFonts w:ascii="DejaVu Serif" w:hAnsi="DejaVu Serif"/>
          <w:color w:val="000000"/>
        </w:rPr>
        <w:t>spiritus</w:t>
      </w:r>
      <w:bookmarkEnd w:id="25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Breath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tyrant’s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48;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DJR-013-13.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Aligned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ipse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Ipse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context.</w:t>
      </w:r>
    </w:p>
    <w:p>
      <w:bookmarkStart w:id="256" w:name="b_blv_0005_13"/>
      <w:pPr>
        <w:pStyle w:val="Heading2"/>
      </w:pPr>
      <w:r>
        <w:rPr>
          <w:rFonts w:ascii="DejaVu Serif" w:hAnsi="DejaVu Serif"/>
          <w:color w:val="000000"/>
        </w:rPr>
        <w:t>Stick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</w:t>
      </w:r>
      <w:bookmarkEnd w:id="25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stick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frees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Protected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piercing,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catalogue’s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immunity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weapons.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55–56;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DJR-031-45.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proof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against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stabbing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7" w:name="b_blv_0005_06"/>
      <w:pPr>
        <w:pStyle w:val="Heading2"/>
      </w:pP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</w:t>
      </w:r>
      <w:bookmarkEnd w:id="25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conceipt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offered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apparent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verbal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DJR-105-32.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powerful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conviction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8" w:name="b_blv_0002_03"/>
      <w:pPr>
        <w:pStyle w:val="Heading2"/>
      </w:pP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</w:t>
      </w:r>
      <w:bookmarkEnd w:id="25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apprehension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conception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effects.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strong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impression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59" w:name="b_blv_0003_05"/>
      <w:pPr>
        <w:pStyle w:val="Heading2"/>
      </w:pPr>
      <w:r>
        <w:rPr>
          <w:rFonts w:ascii="DejaVu Serif" w:hAnsi="DejaVu Serif"/>
          <w:color w:val="000000"/>
        </w:rPr>
        <w:t>subtle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/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bookmarkEnd w:id="25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most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Extremely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defining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character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DJR-023-35.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extremely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fine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vapour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0" w:name="b_blv_0007_08"/>
      <w:pPr>
        <w:pStyle w:val="Heading2"/>
      </w:pPr>
      <w:r>
        <w:rPr>
          <w:rFonts w:ascii="DejaVu Serif" w:hAnsi="DejaVu Serif"/>
          <w:color w:val="000000"/>
        </w:rPr>
        <w:t>suspect</w:t>
      </w:r>
      <w:bookmarkEnd w:id="26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suspect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noun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1" w:name="b_blv_0007_07"/>
      <w:pPr>
        <w:pStyle w:val="Heading2"/>
      </w:pPr>
      <w:r>
        <w:rPr>
          <w:rFonts w:ascii="DejaVu Serif" w:hAnsi="DejaVu Serif"/>
          <w:color w:val="000000"/>
        </w:rPr>
        <w:t>suspition</w:t>
      </w:r>
      <w:bookmarkEnd w:id="26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itself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deciding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event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occurred.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2" w:name="b_blv_0007_01"/>
      <w:pPr>
        <w:pStyle w:val="Heading2"/>
      </w:pP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bookmarkEnd w:id="26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whetten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sharpen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intensify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desire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deliberately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arousing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489;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DJR-124-14.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sharpen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3" w:name="b_blv_0005_09"/>
      <w:pPr>
        <w:pStyle w:val="Heading2"/>
      </w:pP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bookmarkEnd w:id="26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upbringing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accomplishments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Philip’s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Olympia’s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response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enchantment.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500–501;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DJR-126-02.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real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4" w:name="b_blv_0001_34"/>
      <w:pPr>
        <w:pStyle w:val="Heading2"/>
      </w:pPr>
      <w:r>
        <w:rPr>
          <w:rFonts w:ascii="DejaVu Serif" w:hAnsi="DejaVu Serif"/>
          <w:color w:val="000000"/>
        </w:rPr>
        <w:t>unnatural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6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classification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DJR-027-33.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unnatural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5" w:name="b_blv_0007_20"/>
      <w:pPr>
        <w:pStyle w:val="Heading2"/>
      </w:pP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bookmarkEnd w:id="26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629;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DJR-150-53.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treat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wives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well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6" w:name="b_blv_0001_23"/>
      <w:pPr>
        <w:pStyle w:val="Heading2"/>
      </w:pPr>
      <w:r>
        <w:rPr>
          <w:rFonts w:ascii="DejaVu Serif" w:hAnsi="DejaVu Serif"/>
          <w:color w:val="000000"/>
        </w:rPr>
        <w:t>venenata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melancholia</w:t>
      </w:r>
      <w:bookmarkEnd w:id="26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venenatam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melancholiam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Poisoned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reported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polemical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impiety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683;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DJR-161-30.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poisoned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7" w:name="b_blv_0005_08"/>
      <w:pPr>
        <w:pStyle w:val="Heading2"/>
      </w:pPr>
      <w:r>
        <w:rPr>
          <w:rFonts w:ascii="DejaVu Serif" w:hAnsi="DejaVu Serif"/>
          <w:color w:val="000000"/>
        </w:rPr>
        <w:t>Virtue</w:t>
      </w:r>
      <w:bookmarkEnd w:id="26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vertue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statement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that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charms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inherently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belief.</w:t>
      </w:r>
    </w:p>
    <w:p>
      <w:pPr/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power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8" w:name="b_blv_0003_31"/>
      <w:pPr>
        <w:pStyle w:val="Heading2"/>
      </w:pP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26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music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physiological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299;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DJR-085-04.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animal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69" w:name="b_blv_0003_08"/>
      <w:pPr>
        <w:pStyle w:val="Heading2"/>
      </w:pP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bookmarkEnd w:id="26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heart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carried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arteries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sustain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life</w:t>
      </w:r>
    </w:p>
    <w:p>
      <w:pPr/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DJR-023-36.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Vital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0" w:name="b_blv_0007_23"/>
      <w:pPr>
        <w:pStyle w:val="Heading2"/>
      </w:pPr>
      <w:r>
        <w:rPr>
          <w:rFonts w:ascii="DejaVu Serif" w:hAnsi="DejaVu Serif"/>
          <w:color w:val="000000"/>
        </w:rPr>
        <w:t>vix</w:t>
      </w:r>
      <w:bookmarkEnd w:id="27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vix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(Latin).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Scarcely,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absolute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denial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scarcely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1" w:name="b_blv_0004_06"/>
      <w:pPr>
        <w:pStyle w:val="Heading2"/>
      </w:pPr>
      <w:r>
        <w:rPr>
          <w:rFonts w:ascii="DejaVu Serif" w:hAnsi="DejaVu Serif"/>
          <w:color w:val="000000"/>
        </w:rPr>
        <w:t>White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bookmarkEnd w:id="27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white-witches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beneficial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counter-magic,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mental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infirmities.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imply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consultation.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DJR-067-42.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white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2" w:name="b_blv_0001_38"/>
      <w:pPr>
        <w:pStyle w:val="Heading2"/>
      </w:pPr>
      <w:r>
        <w:rPr>
          <w:rFonts w:ascii="DejaVu Serif" w:hAnsi="DejaVu Serif"/>
          <w:color w:val="000000"/>
        </w:rPr>
        <w:t>whole-body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bookmarkEnd w:id="27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kind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affecting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general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temperament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DJR-027-51.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whole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3" w:name="b_blv_0002_23"/>
      <w:pPr>
        <w:pStyle w:val="Heading2"/>
      </w:pP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incredulity</w:t>
      </w:r>
      <w:bookmarkEnd w:id="27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incredulity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printed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conflict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quoted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disbelief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4" w:name="b_blv_0004_01"/>
      <w:pPr>
        <w:pStyle w:val="Heading2"/>
      </w:pPr>
      <w:r>
        <w:rPr>
          <w:rFonts w:ascii="DejaVu Serif" w:hAnsi="DejaVu Serif"/>
          <w:color w:val="000000"/>
        </w:rPr>
        <w:t>Witch</w:t>
      </w:r>
      <w:bookmarkEnd w:id="274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practitioner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credited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central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account,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elsewhere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insult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beauty’s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54;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DJR-031-30.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5" w:name="b_blv_0004_15"/>
      <w:pPr>
        <w:pStyle w:val="Heading2"/>
      </w:pP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insult</w:t>
      </w:r>
      <w:bookmarkEnd w:id="275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hostile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label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unsympathetic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observer’s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description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woman,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lover’s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praise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521–522;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DJR-129-66.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6" w:name="b_blv_0004_07"/>
      <w:pPr>
        <w:pStyle w:val="Heading2"/>
      </w:pPr>
      <w:r>
        <w:rPr>
          <w:rFonts w:ascii="DejaVu Serif" w:hAnsi="DejaVu Serif"/>
          <w:color w:val="000000"/>
        </w:rPr>
        <w:t>Witch-ridden</w:t>
      </w:r>
      <w:bookmarkEnd w:id="276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Oppressed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sleep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ridden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crushed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particular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disturbing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93;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DJR-039-10.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witch-ridden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7" w:name="b_blv_0004_09"/>
      <w:pPr>
        <w:pStyle w:val="Heading2"/>
      </w:pP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bookmarkEnd w:id="277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witch-craft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Sorcery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which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discussion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ultimately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refuses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permission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572;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DJR-139-49.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witchcraft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8" w:name="b_blv_0004_13"/>
      <w:pPr>
        <w:pStyle w:val="Heading2"/>
      </w:pPr>
      <w:r>
        <w:rPr>
          <w:rFonts w:ascii="DejaVu Serif" w:hAnsi="DejaVu Serif"/>
          <w:color w:val="000000"/>
        </w:rPr>
        <w:t>Witchers</w:t>
      </w:r>
      <w:bookmarkEnd w:id="278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alternative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sufferer’s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accusation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having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given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Devil.</w:t>
      </w:r>
    </w:p>
    <w:p>
      <w:pPr/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710–711;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DJR-167-17.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79" w:name="b_blv_0007_14"/>
      <w:pPr>
        <w:pStyle w:val="Heading2"/>
      </w:pPr>
      <w:r>
        <w:rPr>
          <w:rFonts w:ascii="DejaVu Serif" w:hAnsi="DejaVu Serif"/>
          <w:color w:val="000000"/>
        </w:rPr>
        <w:t>wittall</w:t>
      </w:r>
      <w:bookmarkEnd w:id="279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wittall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husband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who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knows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tolerates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infidelity.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DJR-149-28.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knowing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cuckold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80" w:name="b_blv_0007_12"/>
      <w:pPr>
        <w:pStyle w:val="Heading2"/>
      </w:pPr>
      <w:r>
        <w:rPr>
          <w:rFonts w:ascii="DejaVu Serif" w:hAnsi="DejaVu Serif"/>
          <w:color w:val="000000"/>
        </w:rPr>
        <w:t>Yet</w:t>
      </w:r>
      <w:bookmarkEnd w:id="280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Nevertheless;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objections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answer.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615;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DJR-148-19.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Yet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81" w:name="b_blv_0007_04"/>
      <w:pPr>
        <w:pStyle w:val="Heading2"/>
      </w:pPr>
      <w:r>
        <w:rPr>
          <w:rFonts w:ascii="DejaVu Serif" w:hAnsi="DejaVu Serif"/>
          <w:color w:val="000000"/>
        </w:rPr>
        <w:t>Æquivocations</w:t>
      </w:r>
      <w:bookmarkEnd w:id="281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Æquivocations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necessarily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deception.</w:t>
      </w:r>
    </w:p>
    <w:p>
      <w:pPr/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591;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DJR-144-04.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different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meanings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82" w:name="b_blv_0002_02"/>
      <w:pPr>
        <w:pStyle w:val="Heading2"/>
      </w:pPr>
      <w:r>
        <w:rPr>
          <w:rFonts w:ascii="DejaVu Serif" w:hAnsi="DejaVu Serif"/>
          <w:color w:val="000000"/>
        </w:rPr>
        <w:t>Æstimative,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Cogitative</w:t>
      </w:r>
      <w:bookmarkEnd w:id="282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Æstimative,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Cogitative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(English).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estimative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thinking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powers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grouped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here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imagination.</w:t>
      </w:r>
    </w:p>
    <w:p>
      <w:pPr/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23;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DJR-025-18.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estimative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cogitative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83" w:name="b_blv_0001_08"/>
      <w:pPr>
        <w:pStyle w:val="Heading2"/>
      </w:pPr>
      <w:r>
        <w:rPr>
          <w:rFonts w:ascii="DejaVu Serif" w:hAnsi="DejaVu Serif"/>
          <w:color w:val="000000"/>
        </w:rPr>
        <w:t>μελαγχολία</w:t>
      </w:r>
      <w:bookmarkEnd w:id="283"/>
    </w:p>
    <w:p>
      <w:pPr/>
      <w:r>
        <w:rPr>
          <w:rFonts w:ascii="DejaVu Serif" w:hAnsi="DejaVu Serif"/>
          <w:b/>
          <w:color w:val="000000"/>
        </w:rPr>
        <w:t>Printed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Μελαγχολία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(Greek).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name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Burton’s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etymological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black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bile</w:t>
      </w:r>
    </w:p>
    <w:p>
      <w:pPr/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p. 31;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DJR-027-03.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wording: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“</w:t>
      </w:r>
      <w:r>
        <w:rPr>
          <w:rFonts w:ascii="DejaVu Serif" w:hAnsi="DejaVu Serif"/>
          <w:color w:val="000000"/>
        </w:rPr>
        <w:t>melancholia</w:t>
      </w:r>
      <w:r>
        <w:rPr>
          <w:rFonts w:ascii="DejaVu Serif" w:hAnsi="DejaVu Serif"/>
          <w:color w:val="000000"/>
        </w:rPr>
        <w:t>”</w:t>
      </w:r>
      <w:r>
        <w:rPr>
          <w:rFonts w:ascii="DejaVu Serif" w:hAnsi="DejaVu Serif"/>
          <w:color w:val="000000"/>
        </w:rPr>
        <w:t>.</w:t>
      </w:r>
    </w:p>
    <w:p>
      <w:bookmarkStart w:id="284" w:name="b_argument_map"/>
      <w:pPr>
        <w:pStyle w:val="Heading1"/>
        <w:pageBreakBefore/>
      </w:pPr>
      <w:r>
        <w:rPr>
          <w:rFonts w:ascii="DejaVu Serif" w:hAnsi="DejaVu Serif"/>
          <w:color w:val="000000"/>
        </w:rPr>
        <w:t>Argument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map</w:t>
      </w:r>
      <w:bookmarkEnd w:id="284"/>
    </w:p>
    <w:p>
      <w:pPr/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reader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address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turns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melancholy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question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writer’s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experience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disorder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world.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medical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inquiry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madness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disease.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Begin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.</w:t>
      </w:r>
    </w:p>
    <w:p>
      <w:pPr/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First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anatomy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definitions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humours,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spirits,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senses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faculties.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together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distinctions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between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substance,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instrument,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faculty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illness.</w:t>
      </w:r>
    </w:p>
    <w:p>
      <w:pPr/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First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symptoms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place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supernatural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psychological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explanations.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witches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agents,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feared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assailants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imagined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identities;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traces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delusion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proposed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bodily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influence.</w:t>
      </w:r>
    </w:p>
    <w:p>
      <w:pPr/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Second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separates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alleged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efficacy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lawfulness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develops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occupation,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counsel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remedies.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disputed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magic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relief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timely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speech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trusted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religious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practice.</w:t>
      </w:r>
    </w:p>
    <w:p>
      <w:pPr/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Third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Partition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brings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compulsion,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rivalry,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suspicion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domestic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conduct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view.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potions,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claims,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ordinary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attraction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figurative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inducements;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causes,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symptoms,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prognosis,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cure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prevention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jealousy.</w:t>
      </w:r>
    </w:p>
    <w:p>
      <w:pPr/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preserve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positive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contemplation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beside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abusive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excess,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distinguish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unwanted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thoughts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settled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consent.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later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reach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qualifications.</w:t>
      </w:r>
    </w:p>
    <w:p>
      <w:bookmarkStart w:id="285" w:name="b_passage_index"/>
      <w:pPr>
        <w:pStyle w:val="Heading1"/>
        <w:pageBreakBefore/>
      </w:pPr>
      <w:r>
        <w:rPr>
          <w:rFonts w:ascii="DejaVu Serif" w:hAnsi="DejaVu Serif"/>
          <w:color w:val="000000"/>
        </w:rPr>
        <w:t>Passage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bookmarkEnd w:id="285"/>
    </w:p>
    <w:p>
      <w:pPr/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below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identify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passages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represented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articles’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reading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exact-form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They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follow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source’s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order.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range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route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explanation,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count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lexical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occurrences.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DJR-002-13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DJR-003-07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DJR-003-08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DJR-003-09–11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DJR-004-02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DJR-006-14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DJR-007-08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DJR-011-18–19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39: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DJR-013-13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48: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DJR-019-15–19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DJR-022-19–24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DJR-022-34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10: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DJR-022-38–39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DJR-023-01–19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DJR-023-27–34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DJR-023-35–36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DJR-023-42–46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15–16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16: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DJR-024-14–17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DJR-024-18–19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DJR-025-03–05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21–22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DJR-025-17–20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DJR-025-21–22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DJR-025-30–32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25: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DJR-026-22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27: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DJR-026-27–29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28: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DJR-026-37–38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DJR-027-03–19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DJR-027-20–23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DJR-027-24–31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DJR-027-32–40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33–34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34: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DJR-027-41–45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DJR-027-46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DJR-027-47–56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DJR-027-57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DJR-027-58–61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37: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DJR-028-12–15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38: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DJR-028-20–48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41: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DJR-029-01–50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41–42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DJR-030-01–48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DJR-031-01–15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52: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DJR-031-16–21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52–53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53: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DJR-031-22–29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54: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DJR-031-30–37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DJR-031-38–40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DJR-031-41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DJR-031-42–43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DJR-031-44–45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55–56: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DJR-031-46–53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56: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DJR-031-54–55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56–57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57: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DJR-032-30–34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DJR-033-16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DJR-036-05–08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78: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DJR-037-16–18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85: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DJR-038-06–11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89: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DJR-038-12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89: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DJR-039-01–09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93: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DJR-039-10–12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93–94: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DJR-039-13–26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95: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DJR-039-27–28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95–96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96: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DJR-039-29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96: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DJR-039-30–34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96: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DJR-040-03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[PDF197]: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DJR-040-29–31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99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[supplied]: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DJR-046-16–19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127: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DJR-051-03–05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146: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DJR-056-32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171–172: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DJR-056-39–40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DJR-056-41–53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DJR-056-54–59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174: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DJR-057-01–15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175: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DJR-058-21–27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DJR-058-31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181: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DJR-058-41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182: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DJR-058-42–51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DJR-059-14–15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185: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DJR-060-14–15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DJR-060-16–23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DJR-061-02–12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195: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DJR-063-04–05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203: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DJR-063-18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DJR-063-19–26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DJR-064-01–11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206–207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208: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DJR-064-16–24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209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210: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DJR-064-25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210: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DJR-064-26–27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210–211: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DJR-064-28–30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211: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DJR-065-06–12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DJR-067-33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216;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PDF327: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DJR-067-34–35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DJR-067-36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DJR-067-37–39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216–220;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PDF327–328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220: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DJR-067-40–44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220–221;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PDF328–329: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DJR-067-45–51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DJR-068-02–06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DJR-069-38–42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229–230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230: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DJR-070-03–09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230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231: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DJR-072-09–11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240: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DJR-077-15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262–263: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DJR-077-24–26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264: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DJR-081-36–38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283: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DJR-082-30–31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287: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DJR-083-03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289: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DJR-083-31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DJR-083-32–34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292–293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293: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DJR-084-02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DJR-084-03–05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294–295: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DJR-084-06–07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295: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DJR-084-20–23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[296]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297: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DJR-084-24–25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297: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DJR-084-26–27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297: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DJR-084-33–35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298: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DJR-085-03–10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299: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DJR-085-16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300: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DJR-085-23–26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301: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DJR-098-24–37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361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362: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DJR-103-23–25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384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384–385: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DJR-105-29–32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394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395: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DJR-107-06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[403]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(Third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synopsis):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DJR-107-16–20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[404]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(Third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Partition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synopsis):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DJR-110-21–26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421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422: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DJR-110-27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422: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DJR-112-21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431: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DJR-113-51–53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437–438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438: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DJR-114-07–14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439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440: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DJR-115-25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444: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DJR-115-56–63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446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447: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DJR-117-05–08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452: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DJR-117-28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454: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DJR-120-01–05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467: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DJR-120-06–18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467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468: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DJR-121-32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476: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DJR-124-10–20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488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489–490: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DJR-125-19–23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495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496: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DJR-126-01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500: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DJR-126-02–05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500–501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501: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DJR-126-06–07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501: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DJR-126-08–12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502: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DJR-126-13–14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502: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DJR-126-15–19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502–503: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DJR-128-35–38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514: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DJR-129-66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521–522: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DJR-130-47–49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528: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DJR-139-48–50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572: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DJR-144-01–59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591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596: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DJR-145-01–64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596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601: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DJR-146-01–79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608: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DJR-147-01–51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608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613: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DJR-148-01–52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613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618: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DJR-149-01–52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619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624: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DJR-149-53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624: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DJR-150-01–66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624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630: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DJR-151-01–15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630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632: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DJR-151-21–24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632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633: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DJR-156-03–06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655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655–656: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DJR-156-07–09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656: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DJR-156-10–12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656–657: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DJR-156-13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657: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DJR-156-14–16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657: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DJR-160-19–21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676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677: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DJR-160-27–28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677: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DJR-161-28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683: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DJR-161-30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683: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DJR-163-39–40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694: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DJR-166-28–30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707: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DJR-166-43–45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708: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DJR-167-15–17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710–711: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DJR-167-26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711: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DJR-167-27–34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711–712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712: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DJR-167-35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712–713: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DJR-167-36–38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713: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DJR-169-01–04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720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720–721: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DJR-169-19–25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722: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DJR-169-26–32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722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723: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DJR-172-013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notice: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DJR-172-187</w:t>
      </w:r>
      <w:r>
        <w:rPr>
          <w:rFonts w:ascii="DejaVu Serif" w:hAnsi="DejaVu Serif"/>
          <w:color w:val="000000"/>
        </w:rPr>
        <w:t>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unnumbered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Table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closing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notice: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bookmarkStart w:id="286" w:name="b_thematic_index"/>
      <w:pPr>
        <w:pStyle w:val="Heading1"/>
        <w:pageBreakBefore/>
      </w:pPr>
      <w:r>
        <w:rPr>
          <w:rFonts w:ascii="DejaVu Serif" w:hAnsi="DejaVu Serif"/>
          <w:color w:val="000000"/>
        </w:rPr>
        <w:t>Thematic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bookmarkEnd w:id="286"/>
    </w:p>
    <w:p>
      <w:pPr>
        <w:pStyle w:val="ListBullet"/>
      </w:pPr>
      <w:r>
        <w:rPr>
          <w:rFonts w:ascii="DejaVu Serif" w:hAnsi="DejaVu Serif"/>
          <w:b/>
          <w:color w:val="000000"/>
        </w:rPr>
        <w:t>Bodily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reciprocal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effects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Comfort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counsel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relief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Consent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compulsion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responsibility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Demonic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agency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limits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contemplation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thought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Fear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suspicion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apparent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evidence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Humours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instruments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attraction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fidelity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Magical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remedies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permission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Metaphor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changing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senses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pPr>
        <w:pStyle w:val="ListBullet"/>
      </w:pPr>
      <w:r>
        <w:rPr>
          <w:rFonts w:ascii="DejaVu Serif" w:hAnsi="DejaVu Serif"/>
          <w:b/>
          <w:color w:val="000000"/>
        </w:rPr>
        <w:t>Reported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views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opposed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arguments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al_000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2"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3"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4"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5"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6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>;</w:t>
      </w:r>
      <w:r>
        <w:rPr>
          <w:rFonts w:ascii="DejaVu Serif" w:hAnsi="DejaVu Serif"/>
          <w:color w:val="000000"/>
        </w:rPr>
        <w:t xml:space="preserve"> </w:t>
      </w:r>
      <w:hyperlink w:anchor="b_bal_0007">
        <w:r>
          <w:rPr>
            <w:rFonts w:ascii="DejaVu Serif" w:hAnsi="DejaVu Serif"/>
            <w:color w:val="000000"/>
          </w:rPr>
          <w:t>Jealousy</w:t>
        </w:r>
      </w:hyperlink>
    </w:p>
    <w:p>
      <w:bookmarkStart w:id="287" w:name="b_original_form_index"/>
      <w:pPr>
        <w:pStyle w:val="Heading1"/>
        <w:pageBreakBefore/>
      </w:pPr>
      <w:r>
        <w:rPr>
          <w:rFonts w:ascii="DejaVu Serif" w:hAnsi="DejaVu Serif"/>
          <w:color w:val="000000"/>
        </w:rPr>
        <w:t>Original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index</w:t>
      </w:r>
      <w:bookmarkEnd w:id="287"/>
    </w:p>
    <w:p>
      <w:pPr/>
      <w:r>
        <w:rPr>
          <w:rFonts w:ascii="DejaVu Serif" w:hAnsi="DejaVu Serif"/>
          <w:color w:val="000000"/>
        </w:rPr>
        <w:t>Forms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reproduced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selected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source,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their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capitalization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and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spelling.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Links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lead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to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explained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records.</w:t>
      </w:r>
    </w:p>
    <w:p>
      <w:bookmarkStart w:id="288" w:name="b_english"/>
      <w:pPr>
        <w:pStyle w:val="Heading2"/>
      </w:pPr>
      <w:r>
        <w:rPr>
          <w:rFonts w:ascii="DejaVu Serif" w:hAnsi="DejaVu Serif"/>
          <w:color w:val="000000"/>
        </w:rPr>
        <w:t>English</w:t>
      </w:r>
      <w:bookmarkEnd w:id="288"/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bastard-branch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7"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bastard-branch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kinde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2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pernicious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curiosity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0"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pernicious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curiosity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acquisite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3">
        <w:r>
          <w:rPr>
            <w:rFonts w:ascii="DejaVu Serif" w:hAnsi="DejaVu Serif"/>
            <w:color w:val="000000"/>
          </w:rPr>
          <w:t>acquisite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acquired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adust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6">
        <w:r>
          <w:rPr>
            <w:rFonts w:ascii="DejaVu Serif" w:hAnsi="DejaVu Serif"/>
            <w:color w:val="000000"/>
          </w:rPr>
          <w:t>adust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adustion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7">
        <w:r>
          <w:rPr>
            <w:rFonts w:ascii="DejaVu Serif" w:hAnsi="DejaVu Serif"/>
            <w:color w:val="000000"/>
          </w:rPr>
          <w:t>adustion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2">
        <w:r>
          <w:rPr>
            <w:rFonts w:ascii="DejaVu Serif" w:hAnsi="DejaVu Serif"/>
            <w:color w:val="000000"/>
          </w:rPr>
          <w:t>adventitious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6">
        <w:r>
          <w:rPr>
            <w:rFonts w:ascii="DejaVu Serif" w:hAnsi="DejaVu Serif"/>
            <w:color w:val="000000"/>
          </w:rPr>
          <w:t>adventitious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alone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3">
        <w:r>
          <w:rPr>
            <w:rFonts w:ascii="DejaVu Serif" w:hAnsi="DejaVu Serif"/>
            <w:color w:val="000000"/>
          </w:rPr>
          <w:t>alone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9"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3"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Anticks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0">
        <w:r>
          <w:rPr>
            <w:rFonts w:ascii="DejaVu Serif" w:hAnsi="DejaVu Serif"/>
            <w:color w:val="000000"/>
          </w:rPr>
          <w:t>Anticks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artificial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5">
        <w:r>
          <w:rPr>
            <w:rFonts w:ascii="DejaVu Serif" w:hAnsi="DejaVu Serif"/>
            <w:color w:val="000000"/>
          </w:rPr>
          <w:t>artificial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Astrolabe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phantasie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5">
        <w:r>
          <w:rPr>
            <w:rFonts w:ascii="DejaVu Serif" w:hAnsi="DejaVu Serif"/>
            <w:color w:val="000000"/>
          </w:rPr>
          <w:t>Astrolabe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bastard-branch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6">
        <w:r>
          <w:rPr>
            <w:rFonts w:ascii="DejaVu Serif" w:hAnsi="DejaVu Serif"/>
            <w:color w:val="000000"/>
          </w:rPr>
          <w:t>bastard-branch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battering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engins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5">
        <w:r>
          <w:rPr>
            <w:rFonts w:ascii="DejaVu Serif" w:hAnsi="DejaVu Serif"/>
            <w:color w:val="000000"/>
          </w:rPr>
          <w:t>Battering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engines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Bewitched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8">
        <w:r>
          <w:rPr>
            <w:rFonts w:ascii="DejaVu Serif" w:hAnsi="DejaVu Serif"/>
            <w:color w:val="000000"/>
          </w:rPr>
          <w:t>Bewitched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fame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black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Choler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0">
        <w:r>
          <w:rPr>
            <w:rFonts w:ascii="DejaVu Serif" w:hAnsi="DejaVu Serif"/>
            <w:color w:val="000000"/>
          </w:rPr>
          <w:t>black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choler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consent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8"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consent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sign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5">
        <w:r>
          <w:rPr>
            <w:rFonts w:ascii="DejaVu Serif" w:hAnsi="DejaVu Serif"/>
            <w:color w:val="000000"/>
          </w:rPr>
          <w:t>cause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sign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causlesse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9">
        <w:r>
          <w:rPr>
            <w:rFonts w:ascii="DejaVu Serif" w:hAnsi="DejaVu Serif"/>
            <w:color w:val="000000"/>
          </w:rPr>
          <w:t>causlesse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Characters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5">
        <w:r>
          <w:rPr>
            <w:rFonts w:ascii="DejaVu Serif" w:hAnsi="DejaVu Serif"/>
            <w:color w:val="000000"/>
          </w:rPr>
          <w:t>Characters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6">
        <w:r>
          <w:rPr>
            <w:rFonts w:ascii="DejaVu Serif" w:hAnsi="DejaVu Serif"/>
            <w:color w:val="000000"/>
          </w:rPr>
          <w:t>Counsel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miseries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1">
        <w:r>
          <w:rPr>
            <w:rFonts w:ascii="DejaVu Serif" w:hAnsi="DejaVu Serif"/>
            <w:color w:val="000000"/>
          </w:rPr>
          <w:t>Repentance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Divel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0">
        <w:r>
          <w:rPr>
            <w:rFonts w:ascii="DejaVu Serif" w:hAnsi="DejaVu Serif"/>
            <w:color w:val="000000"/>
          </w:rPr>
          <w:t>Mercy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3">
        <w:r>
          <w:rPr>
            <w:rFonts w:ascii="DejaVu Serif" w:hAnsi="DejaVu Serif"/>
            <w:color w:val="000000"/>
          </w:rPr>
          <w:t>Christ’s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name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5">
        <w:r>
          <w:rPr>
            <w:rFonts w:ascii="DejaVu Serif" w:hAnsi="DejaVu Serif"/>
            <w:color w:val="000000"/>
          </w:rPr>
          <w:t>Scripture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5">
        <w:r>
          <w:rPr>
            <w:rFonts w:ascii="DejaVu Serif" w:hAnsi="DejaVu Serif"/>
            <w:color w:val="000000"/>
          </w:rPr>
          <w:t>Charmer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2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magical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practice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1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belief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4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senses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compact,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band,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obligation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7">
        <w:r>
          <w:rPr>
            <w:rFonts w:ascii="DejaVu Serif" w:hAnsi="DejaVu Serif"/>
            <w:color w:val="000000"/>
          </w:rPr>
          <w:t>Compact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obligation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Conjurers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3">
        <w:r>
          <w:rPr>
            <w:rFonts w:ascii="DejaVu Serif" w:hAnsi="DejaVu Serif"/>
            <w:color w:val="000000"/>
          </w:rPr>
          <w:t>Conjurer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contemn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7">
        <w:r>
          <w:rPr>
            <w:rFonts w:ascii="DejaVu Serif" w:hAnsi="DejaVu Serif"/>
            <w:color w:val="000000"/>
          </w:rPr>
          <w:t>contemn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corrivals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5">
        <w:r>
          <w:rPr>
            <w:rFonts w:ascii="DejaVu Serif" w:hAnsi="DejaVu Serif"/>
            <w:color w:val="000000"/>
          </w:rPr>
          <w:t>corrivals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corrupt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7">
        <w:r>
          <w:rPr>
            <w:rFonts w:ascii="DejaVu Serif" w:hAnsi="DejaVu Serif"/>
            <w:color w:val="000000"/>
          </w:rPr>
          <w:t>corrupt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counterfeit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0">
        <w:r>
          <w:rPr>
            <w:rFonts w:ascii="DejaVu Serif" w:hAnsi="DejaVu Serif"/>
            <w:color w:val="000000"/>
          </w:rPr>
          <w:t>Counterfeit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crased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phantasie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8">
        <w:r>
          <w:rPr>
            <w:rFonts w:ascii="DejaVu Serif" w:hAnsi="DejaVu Serif"/>
            <w:color w:val="000000"/>
          </w:rPr>
          <w:t>crased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dame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1">
        <w:r>
          <w:rPr>
            <w:rFonts w:ascii="DejaVu Serif" w:hAnsi="DejaVu Serif"/>
            <w:color w:val="000000"/>
          </w:rPr>
          <w:t>dame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desperate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8">
        <w:r>
          <w:rPr>
            <w:rFonts w:ascii="DejaVu Serif" w:hAnsi="DejaVu Serif"/>
            <w:color w:val="000000"/>
          </w:rPr>
          <w:t>Desperate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dissemble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6">
        <w:r>
          <w:rPr>
            <w:rFonts w:ascii="DejaVu Serif" w:hAnsi="DejaVu Serif"/>
            <w:color w:val="000000"/>
          </w:rPr>
          <w:t>dissemble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3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excellence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BAL-0003;</w:t>
      </w:r>
      <w:r>
        <w:rPr>
          <w:rFonts w:ascii="DejaVu Serif" w:hAnsi="DejaVu Serif"/>
          <w:color w:val="000000"/>
        </w:rPr>
        <w:t xml:space="preserve"> </w:t>
      </w:r>
      <w:hyperlink w:anchor="b_blv_0003_38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devotion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4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excellence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Dotage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7">
        <w:r>
          <w:rPr>
            <w:rFonts w:ascii="DejaVu Serif" w:hAnsi="DejaVu Serif"/>
            <w:color w:val="000000"/>
          </w:rPr>
          <w:t>dotage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dulls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5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vigour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Efficient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5">
        <w:r>
          <w:rPr>
            <w:rFonts w:ascii="DejaVu Serif" w:hAnsi="DejaVu Serif"/>
            <w:color w:val="000000"/>
          </w:rPr>
          <w:t>Efficient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End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6">
        <w:r>
          <w:rPr>
            <w:rFonts w:ascii="DejaVu Serif" w:hAnsi="DejaVu Serif"/>
            <w:color w:val="000000"/>
          </w:rPr>
          <w:t>End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essence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9"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essence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evill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2">
        <w:r>
          <w:rPr>
            <w:rFonts w:ascii="DejaVu Serif" w:hAnsi="DejaVu Serif"/>
            <w:color w:val="000000"/>
          </w:rPr>
          <w:t>evil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exploded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7">
        <w:r>
          <w:rPr>
            <w:rFonts w:ascii="DejaVu Serif" w:hAnsi="DejaVu Serif"/>
            <w:color w:val="000000"/>
          </w:rPr>
          <w:t>Exploded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Extasis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9">
        <w:r>
          <w:rPr>
            <w:rFonts w:ascii="DejaVu Serif" w:hAnsi="DejaVu Serif"/>
            <w:color w:val="000000"/>
          </w:rPr>
          <w:t>ecstasy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foremost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brain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7">
        <w:r>
          <w:rPr>
            <w:rFonts w:ascii="DejaVu Serif" w:hAnsi="DejaVu Serif"/>
            <w:color w:val="000000"/>
          </w:rPr>
          <w:t>Foremost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brain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forespoken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2">
        <w:r>
          <w:rPr>
            <w:rFonts w:ascii="DejaVu Serif" w:hAnsi="DejaVu Serif"/>
            <w:color w:val="000000"/>
          </w:rPr>
          <w:t>Forespoken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free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3">
        <w:r>
          <w:rPr>
            <w:rFonts w:ascii="DejaVu Serif" w:hAnsi="DejaVu Serif"/>
            <w:color w:val="000000"/>
          </w:rPr>
          <w:t>free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Habit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5">
        <w:r>
          <w:rPr>
            <w:rFonts w:ascii="DejaVu Serif" w:hAnsi="DejaVu Serif"/>
            <w:color w:val="000000"/>
          </w:rPr>
          <w:t>habit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habit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habit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6">
        <w:r>
          <w:rPr>
            <w:rFonts w:ascii="DejaVu Serif" w:hAnsi="DejaVu Serif"/>
            <w:color w:val="000000"/>
          </w:rPr>
          <w:t>habit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habit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happily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4">
        <w:r>
          <w:rPr>
            <w:rFonts w:ascii="DejaVu Serif" w:hAnsi="DejaVu Serif"/>
            <w:color w:val="000000"/>
          </w:rPr>
          <w:t>Happily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Head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3">
        <w:r>
          <w:rPr>
            <w:rFonts w:ascii="DejaVu Serif" w:hAnsi="DejaVu Serif"/>
            <w:color w:val="000000"/>
          </w:rPr>
          <w:t>head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honest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8">
        <w:r>
          <w:rPr>
            <w:rFonts w:ascii="DejaVu Serif" w:hAnsi="DejaVu Serif"/>
            <w:color w:val="000000"/>
          </w:rPr>
          <w:t>honest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honesty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9">
        <w:r>
          <w:rPr>
            <w:rFonts w:ascii="DejaVu Serif" w:hAnsi="DejaVu Serif"/>
            <w:color w:val="000000"/>
          </w:rPr>
          <w:t>honesty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Hypocondriacal,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windy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4">
        <w:r>
          <w:rPr>
            <w:rFonts w:ascii="DejaVu Serif" w:hAnsi="DejaVu Serif"/>
            <w:color w:val="000000"/>
          </w:rPr>
          <w:t>hypochondriacal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enforceth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0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instrumental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movement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immateriall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2">
        <w:r>
          <w:rPr>
            <w:rFonts w:ascii="DejaVu Serif" w:hAnsi="DejaVu Serif"/>
            <w:color w:val="000000"/>
          </w:rPr>
          <w:t>immaterial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3_11">
        <w:r>
          <w:rPr>
            <w:rFonts w:ascii="DejaVu Serif" w:hAnsi="DejaVu Serif"/>
            <w:color w:val="000000"/>
          </w:rPr>
          <w:t>immaterial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defect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4">
        <w:r>
          <w:rPr>
            <w:rFonts w:ascii="DejaVu Serif" w:hAnsi="DejaVu Serif"/>
            <w:color w:val="000000"/>
          </w:rPr>
          <w:t>Defect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Disposition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5"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disposition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1"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kinde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Inchanters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4">
        <w:r>
          <w:rPr>
            <w:rFonts w:ascii="DejaVu Serif" w:hAnsi="DejaVu Serif"/>
            <w:color w:val="000000"/>
          </w:rPr>
          <w:t>Enchanter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incredulity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4">
        <w:r>
          <w:rPr>
            <w:rFonts w:ascii="DejaVu Serif" w:hAnsi="DejaVu Serif"/>
            <w:color w:val="000000"/>
          </w:rPr>
          <w:t>Incredulity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Incubus,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Witch-ridden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4">
        <w:r>
          <w:rPr>
            <w:rFonts w:ascii="DejaVu Serif" w:hAnsi="DejaVu Serif"/>
            <w:color w:val="000000"/>
          </w:rPr>
          <w:t>Incubus,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Witch-ridden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injurie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2">
        <w:r>
          <w:rPr>
            <w:rFonts w:ascii="DejaVu Serif" w:hAnsi="DejaVu Serif"/>
            <w:color w:val="000000"/>
          </w:rPr>
          <w:t>injurie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Jealousie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2">
        <w:r>
          <w:rPr>
            <w:rFonts w:ascii="DejaVu Serif" w:hAnsi="DejaVu Serif"/>
            <w:color w:val="000000"/>
          </w:rPr>
          <w:t>Jealousie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lest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should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enamoured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another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3">
        <w:r>
          <w:rPr>
            <w:rFonts w:ascii="DejaVu Serif" w:hAnsi="DejaVu Serif"/>
            <w:color w:val="000000"/>
          </w:rPr>
          <w:t>lest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should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enamoured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another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Magical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2">
        <w:r>
          <w:rPr>
            <w:rFonts w:ascii="DejaVu Serif" w:hAnsi="DejaVu Serif"/>
            <w:color w:val="000000"/>
          </w:rPr>
          <w:t>Magical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combat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Magicians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2">
        <w:r>
          <w:rPr>
            <w:rFonts w:ascii="DejaVu Serif" w:hAnsi="DejaVu Serif"/>
            <w:color w:val="000000"/>
          </w:rPr>
          <w:t>Magician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malificiated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1">
        <w:r>
          <w:rPr>
            <w:rFonts w:ascii="DejaVu Serif" w:hAnsi="DejaVu Serif"/>
            <w:color w:val="000000"/>
          </w:rPr>
          <w:t>Malificiated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martiall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6">
        <w:r>
          <w:rPr>
            <w:rFonts w:ascii="DejaVu Serif" w:hAnsi="DejaVu Serif"/>
            <w:color w:val="000000"/>
          </w:rPr>
          <w:t>martial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materiall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0">
        <w:r>
          <w:rPr>
            <w:rFonts w:ascii="DejaVu Serif" w:hAnsi="DejaVu Serif"/>
            <w:color w:val="000000"/>
          </w:rPr>
          <w:t>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maturely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4">
        <w:r>
          <w:rPr>
            <w:rFonts w:ascii="DejaVu Serif" w:hAnsi="DejaVu Serif"/>
            <w:color w:val="000000"/>
          </w:rPr>
          <w:t>maturely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mel.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equivocations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4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0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corners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9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melancholizing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3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7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middle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cell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Brain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9">
        <w:r>
          <w:rPr>
            <w:rFonts w:ascii="DejaVu Serif" w:hAnsi="DejaVu Serif"/>
            <w:color w:val="000000"/>
          </w:rPr>
          <w:t>middle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cell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Brain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monstrous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1">
        <w:r>
          <w:rPr>
            <w:rFonts w:ascii="DejaVu Serif" w:hAnsi="DejaVu Serif"/>
            <w:color w:val="000000"/>
          </w:rPr>
          <w:t>monstrous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otherwise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relieved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1">
        <w:r>
          <w:rPr>
            <w:rFonts w:ascii="DejaVu Serif" w:hAnsi="DejaVu Serif"/>
            <w:color w:val="000000"/>
          </w:rPr>
          <w:t>most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not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otherwise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relieved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subtile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vapour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5">
        <w:r>
          <w:rPr>
            <w:rFonts w:ascii="DejaVu Serif" w:hAnsi="DejaVu Serif"/>
            <w:color w:val="000000"/>
          </w:rPr>
          <w:t>subtle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vapour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1">
        <w:r>
          <w:rPr>
            <w:rFonts w:ascii="DejaVu Serif" w:hAnsi="DejaVu Serif"/>
            <w:color w:val="000000"/>
          </w:rPr>
          <w:t>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necessity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3">
        <w:r>
          <w:rPr>
            <w:rFonts w:ascii="DejaVu Serif" w:hAnsi="DejaVu Serif"/>
            <w:color w:val="000000"/>
          </w:rPr>
          <w:t>necessity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Nepenthe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8">
        <w:r>
          <w:rPr>
            <w:rFonts w:ascii="DejaVu Serif" w:hAnsi="DejaVu Serif"/>
            <w:color w:val="000000"/>
          </w:rPr>
          <w:t>Nepenthe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opportunity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speech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9">
        <w:r>
          <w:rPr>
            <w:rFonts w:ascii="DejaVu Serif" w:hAnsi="DejaVu Serif"/>
            <w:color w:val="000000"/>
          </w:rPr>
          <w:t>Opportunity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speech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phantasies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0">
        <w:r>
          <w:rPr>
            <w:rFonts w:ascii="DejaVu Serif" w:hAnsi="DejaVu Serif"/>
            <w:color w:val="000000"/>
          </w:rPr>
          <w:t>our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2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physiological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Phantasie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9"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Phantasie,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1">
        <w:r>
          <w:rPr>
            <w:rFonts w:ascii="DejaVu Serif" w:hAnsi="DejaVu Serif"/>
            <w:color w:val="000000"/>
          </w:rPr>
          <w:t>Phantasie,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2">
        <w:r>
          <w:rPr>
            <w:rFonts w:ascii="DejaVu Serif" w:hAnsi="DejaVu Serif"/>
            <w:color w:val="000000"/>
          </w:rPr>
          <w:t>Philter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1">
        <w:r>
          <w:rPr>
            <w:rFonts w:ascii="DejaVu Serif" w:hAnsi="DejaVu Serif"/>
            <w:color w:val="000000"/>
          </w:rPr>
          <w:t>Philter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6_09">
        <w:r>
          <w:rPr>
            <w:rFonts w:ascii="DejaVu Serif" w:hAnsi="DejaVu Serif"/>
            <w:color w:val="000000"/>
          </w:rPr>
          <w:t>Cleopatra’s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7_15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8">
        <w:r>
          <w:rPr>
            <w:rFonts w:ascii="DejaVu Serif" w:hAnsi="DejaVu Serif"/>
            <w:color w:val="000000"/>
          </w:rPr>
          <w:t>Philters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sexual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capacity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poysoned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2">
        <w:r>
          <w:rPr>
            <w:rFonts w:ascii="DejaVu Serif" w:hAnsi="DejaVu Serif"/>
            <w:color w:val="000000"/>
          </w:rPr>
          <w:t>poisoned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present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2">
        <w:r>
          <w:rPr>
            <w:rFonts w:ascii="DejaVu Serif" w:hAnsi="DejaVu Serif"/>
            <w:color w:val="000000"/>
          </w:rPr>
          <w:t>Present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private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9">
        <w:r>
          <w:rPr>
            <w:rFonts w:ascii="DejaVu Serif" w:hAnsi="DejaVu Serif"/>
            <w:color w:val="000000"/>
          </w:rPr>
          <w:t>private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private,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prison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6">
        <w:r>
          <w:rPr>
            <w:rFonts w:ascii="DejaVu Serif" w:hAnsi="DejaVu Serif"/>
            <w:color w:val="000000"/>
          </w:rPr>
          <w:t>private,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not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prison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Prognosticks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1">
        <w:r>
          <w:rPr>
            <w:rFonts w:ascii="DejaVu Serif" w:hAnsi="DejaVu Serif"/>
            <w:color w:val="000000"/>
          </w:rPr>
          <w:t>Prognosticks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properly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improperly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4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Proteus,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Cameleon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7">
        <w:r>
          <w:rPr>
            <w:rFonts w:ascii="DejaVu Serif" w:hAnsi="DejaVu Serif"/>
            <w:color w:val="000000"/>
          </w:rPr>
          <w:t>Proteus,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Cameleon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purer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2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0">
        <w:r>
          <w:rPr>
            <w:rFonts w:ascii="DejaVu Serif" w:hAnsi="DejaVu Serif"/>
            <w:color w:val="000000"/>
          </w:rPr>
          <w:t>religious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melancholize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5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species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4">
        <w:r>
          <w:rPr>
            <w:rFonts w:ascii="DejaVu Serif" w:hAnsi="DejaVu Serif"/>
            <w:color w:val="000000"/>
          </w:rPr>
          <w:t>species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objects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Species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sensible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things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1">
        <w:r>
          <w:rPr>
            <w:rFonts w:ascii="DejaVu Serif" w:hAnsi="DejaVu Serif"/>
            <w:color w:val="000000"/>
          </w:rPr>
          <w:t>Species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sensible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things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4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physiological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BAL-0003;</w:t>
      </w:r>
      <w:r>
        <w:rPr>
          <w:rFonts w:ascii="DejaVu Serif" w:hAnsi="DejaVu Serif"/>
          <w:color w:val="000000"/>
        </w:rPr>
        <w:t xml:space="preserve"> </w:t>
      </w:r>
      <w:hyperlink w:anchor="b_blv_0003_10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divine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Roses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7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essence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Devils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4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supernatural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humors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8">
        <w:r>
          <w:rPr>
            <w:rFonts w:ascii="DejaVu Serif" w:hAnsi="DejaVu Serif"/>
            <w:color w:val="000000"/>
          </w:rPr>
          <w:t>spirits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humours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conjured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up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2">
        <w:r>
          <w:rPr>
            <w:rFonts w:ascii="DejaVu Serif" w:hAnsi="DejaVu Serif"/>
            <w:color w:val="000000"/>
          </w:rPr>
          <w:t>conjure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what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3">
        <w:r>
          <w:rPr>
            <w:rFonts w:ascii="DejaVu Serif" w:hAnsi="DejaVu Serif"/>
            <w:color w:val="000000"/>
          </w:rPr>
          <w:t>bodily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obscured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9">
        <w:r>
          <w:rPr>
            <w:rFonts w:ascii="DejaVu Serif" w:hAnsi="DejaVu Serif"/>
            <w:color w:val="000000"/>
          </w:rPr>
          <w:t>darkened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4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influence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between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persons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vapours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6">
        <w:r>
          <w:rPr>
            <w:rFonts w:ascii="DejaVu Serif" w:hAnsi="DejaVu Serif"/>
            <w:color w:val="000000"/>
          </w:rPr>
          <w:t>spiritual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vapour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spirituall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1">
        <w:r>
          <w:rPr>
            <w:rFonts w:ascii="DejaVu Serif" w:hAnsi="DejaVu Serif"/>
            <w:color w:val="000000"/>
          </w:rPr>
          <w:t>spiritual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body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stick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frees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3">
        <w:r>
          <w:rPr>
            <w:rFonts w:ascii="DejaVu Serif" w:hAnsi="DejaVu Serif"/>
            <w:color w:val="000000"/>
          </w:rPr>
          <w:t>Stick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free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strong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conceipt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6">
        <w:r>
          <w:rPr>
            <w:rFonts w:ascii="DejaVu Serif" w:hAnsi="DejaVu Serif"/>
            <w:color w:val="000000"/>
          </w:rPr>
          <w:t>Strong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conceit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strong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conceit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apprehension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3">
        <w:r>
          <w:rPr>
            <w:rFonts w:ascii="DejaVu Serif" w:hAnsi="DejaVu Serif"/>
            <w:color w:val="000000"/>
          </w:rPr>
          <w:t>strong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conceit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apprehension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such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like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philters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10">
        <w:r>
          <w:rPr>
            <w:rFonts w:ascii="DejaVu Serif" w:hAnsi="DejaVu Serif"/>
            <w:color w:val="000000"/>
          </w:rPr>
          <w:t>Flattery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suspect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8">
        <w:r>
          <w:rPr>
            <w:rFonts w:ascii="DejaVu Serif" w:hAnsi="DejaVu Serif"/>
            <w:color w:val="000000"/>
          </w:rPr>
          <w:t>suspect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suspition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7">
        <w:r>
          <w:rPr>
            <w:rFonts w:ascii="DejaVu Serif" w:hAnsi="DejaVu Serif"/>
            <w:color w:val="000000"/>
          </w:rPr>
          <w:t>suspition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divel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1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supernatural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instrument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soule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6">
        <w:r>
          <w:rPr>
            <w:rFonts w:ascii="DejaVu Serif" w:hAnsi="DejaVu Serif"/>
            <w:color w:val="000000"/>
          </w:rPr>
          <w:t>instrument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0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devout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person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7">
        <w:r>
          <w:rPr>
            <w:rFonts w:ascii="DejaVu Serif" w:hAnsi="DejaVu Serif"/>
            <w:color w:val="000000"/>
          </w:rPr>
          <w:t>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purer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5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visual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fascination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throughly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3">
        <w:r>
          <w:rPr>
            <w:rFonts w:ascii="DejaVu Serif" w:hAnsi="DejaVu Serif"/>
            <w:color w:val="000000"/>
          </w:rPr>
          <w:t>cure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relief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whetten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1">
        <w:r>
          <w:rPr>
            <w:rFonts w:ascii="DejaVu Serif" w:hAnsi="DejaVu Serif"/>
            <w:color w:val="000000"/>
          </w:rPr>
          <w:t>to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whetten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love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true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9">
        <w:r>
          <w:rPr>
            <w:rFonts w:ascii="DejaVu Serif" w:hAnsi="DejaVu Serif"/>
            <w:color w:val="000000"/>
          </w:rPr>
          <w:t>True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unnatural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4">
        <w:r>
          <w:rPr>
            <w:rFonts w:ascii="DejaVu Serif" w:hAnsi="DejaVu Serif"/>
            <w:color w:val="000000"/>
          </w:rPr>
          <w:t>unnatural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their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wives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well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0">
        <w:r>
          <w:rPr>
            <w:rFonts w:ascii="DejaVu Serif" w:hAnsi="DejaVu Serif"/>
            <w:color w:val="000000"/>
          </w:rPr>
          <w:t>use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their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wives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well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vertue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8">
        <w:r>
          <w:rPr>
            <w:rFonts w:ascii="DejaVu Serif" w:hAnsi="DejaVu Serif"/>
            <w:color w:val="000000"/>
          </w:rPr>
          <w:t>Virtue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1">
        <w:r>
          <w:rPr>
            <w:rFonts w:ascii="DejaVu Serif" w:hAnsi="DejaVu Serif"/>
            <w:color w:val="000000"/>
          </w:rPr>
          <w:t>vital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8">
        <w:r>
          <w:rPr>
            <w:rFonts w:ascii="DejaVu Serif" w:hAnsi="DejaVu Serif"/>
            <w:color w:val="000000"/>
          </w:rPr>
          <w:t>vital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white-witches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6">
        <w:r>
          <w:rPr>
            <w:rFonts w:ascii="DejaVu Serif" w:hAnsi="DejaVu Serif"/>
            <w:color w:val="000000"/>
          </w:rPr>
          <w:t>White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whole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8">
        <w:r>
          <w:rPr>
            <w:rFonts w:ascii="DejaVu Serif" w:hAnsi="DejaVu Serif"/>
            <w:color w:val="000000"/>
          </w:rPr>
          <w:t>whole-body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wicked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incredulity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3">
        <w:r>
          <w:rPr>
            <w:rFonts w:ascii="DejaVu Serif" w:hAnsi="DejaVu Serif"/>
            <w:color w:val="000000"/>
          </w:rPr>
          <w:t>wicked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incredulity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4">
        <w:r>
          <w:rPr>
            <w:rFonts w:ascii="DejaVu Serif" w:hAnsi="DejaVu Serif"/>
            <w:color w:val="000000"/>
          </w:rPr>
          <w:t>Beauty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BAL-0004;</w:t>
      </w:r>
      <w:r>
        <w:rPr>
          <w:rFonts w:ascii="DejaVu Serif" w:hAnsi="DejaVu Serif"/>
          <w:color w:val="000000"/>
        </w:rPr>
        <w:t xml:space="preserve"> </w:t>
      </w:r>
      <w:hyperlink w:anchor="b_blv_0004_15">
        <w:r>
          <w:rPr>
            <w:rFonts w:ascii="DejaVu Serif" w:hAnsi="DejaVu Serif"/>
            <w:color w:val="000000"/>
          </w:rPr>
          <w:t>Witch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insult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witch-craft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9">
        <w:r>
          <w:rPr>
            <w:rFonts w:ascii="DejaVu Serif" w:hAnsi="DejaVu Serif"/>
            <w:color w:val="000000"/>
          </w:rPr>
          <w:t>Witchcraft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claimed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BAL-0004;</w:t>
      </w:r>
      <w:r>
        <w:rPr>
          <w:rFonts w:ascii="DejaVu Serif" w:hAnsi="DejaVu Serif"/>
          <w:color w:val="000000"/>
        </w:rPr>
        <w:t xml:space="preserve"> </w:t>
      </w:r>
      <w:hyperlink w:anchor="b_blv_0004_16"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Witch-ridden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7">
        <w:r>
          <w:rPr>
            <w:rFonts w:ascii="DejaVu Serif" w:hAnsi="DejaVu Serif"/>
            <w:color w:val="000000"/>
          </w:rPr>
          <w:t>Witch-ridden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3">
        <w:r>
          <w:rPr>
            <w:rFonts w:ascii="DejaVu Serif" w:hAnsi="DejaVu Serif"/>
            <w:color w:val="000000"/>
          </w:rPr>
          <w:t>Witchers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1"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wittall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4">
        <w:r>
          <w:rPr>
            <w:rFonts w:ascii="DejaVu Serif" w:hAnsi="DejaVu Serif"/>
            <w:color w:val="000000"/>
          </w:rPr>
          <w:t>wittall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Yet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2">
        <w:r>
          <w:rPr>
            <w:rFonts w:ascii="DejaVu Serif" w:hAnsi="DejaVu Serif"/>
            <w:color w:val="000000"/>
          </w:rPr>
          <w:t>Yet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Æquivocations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4">
        <w:r>
          <w:rPr>
            <w:rFonts w:ascii="DejaVu Serif" w:hAnsi="DejaVu Serif"/>
            <w:color w:val="000000"/>
          </w:rPr>
          <w:t>Æquivocations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Æstimative,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Cogitative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2">
        <w:r>
          <w:rPr>
            <w:rFonts w:ascii="DejaVu Serif" w:hAnsi="DejaVu Serif"/>
            <w:color w:val="000000"/>
          </w:rPr>
          <w:t>Æstimative,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Cogitative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bookmarkStart w:id="289" w:name="b_greek"/>
      <w:pPr>
        <w:pStyle w:val="Heading2"/>
      </w:pPr>
      <w:r>
        <w:rPr>
          <w:rFonts w:ascii="DejaVu Serif" w:hAnsi="DejaVu Serif"/>
          <w:color w:val="000000"/>
        </w:rPr>
        <w:t>Greek</w:t>
      </w:r>
      <w:bookmarkEnd w:id="289"/>
    </w:p>
    <w:p>
      <w:pPr>
        <w:pStyle w:val="ListBullet"/>
      </w:pPr>
      <w:r>
        <w:rPr>
          <w:rFonts w:ascii="DejaVu Serif" w:hAnsi="DejaVu Serif"/>
          <w:b/>
          <w:color w:val="000000"/>
        </w:rPr>
        <w:t>Μελαγχολία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8">
        <w:r>
          <w:rPr>
            <w:rFonts w:ascii="DejaVu Serif" w:hAnsi="DejaVu Serif"/>
            <w:color w:val="000000"/>
          </w:rPr>
          <w:t>μελαγχολία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Μελαιναχόλη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9">
        <w:r>
          <w:rPr>
            <w:rFonts w:ascii="DejaVu Serif" w:hAnsi="DejaVu Serif"/>
            <w:color w:val="000000"/>
          </w:rPr>
          <w:t>Printed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etymological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expression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Μελαιναχόλη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bookmarkStart w:id="290" w:name="b_greek_word_in_latinized_form"/>
      <w:pPr>
        <w:pStyle w:val="Heading2"/>
      </w:pPr>
      <w:r>
        <w:rPr>
          <w:rFonts w:ascii="DejaVu Serif" w:hAnsi="DejaVu Serif"/>
          <w:color w:val="000000"/>
        </w:rPr>
        <w:t>Greek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Latinized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form</w:t>
      </w:r>
      <w:bookmarkEnd w:id="290"/>
    </w:p>
    <w:p>
      <w:pPr>
        <w:pStyle w:val="ListBullet"/>
      </w:pPr>
      <w:r>
        <w:rPr>
          <w:rFonts w:ascii="DejaVu Serif" w:hAnsi="DejaVu Serif"/>
          <w:b/>
          <w:color w:val="000000"/>
        </w:rPr>
        <w:t>dæmones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5">
        <w:r>
          <w:rPr>
            <w:rFonts w:ascii="DejaVu Serif" w:hAnsi="DejaVu Serif"/>
            <w:color w:val="000000"/>
          </w:rPr>
          <w:t>daemon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daimon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bookmarkStart w:id="291" w:name="b_latin"/>
      <w:pPr>
        <w:pStyle w:val="Heading2"/>
      </w:pPr>
      <w:r>
        <w:rPr>
          <w:rFonts w:ascii="DejaVu Serif" w:hAnsi="DejaVu Serif"/>
          <w:color w:val="000000"/>
        </w:rPr>
        <w:t>Latin</w:t>
      </w:r>
      <w:bookmarkEnd w:id="291"/>
    </w:p>
    <w:p>
      <w:pPr>
        <w:pStyle w:val="ListBullet"/>
      </w:pPr>
      <w:r>
        <w:rPr>
          <w:rFonts w:ascii="DejaVu Serif" w:hAnsi="DejaVu Serif"/>
          <w:b/>
          <w:color w:val="000000"/>
        </w:rPr>
        <w:t>ab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agitatione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spirituum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7">
        <w:r>
          <w:rPr>
            <w:rFonts w:ascii="DejaVu Serif" w:hAnsi="DejaVu Serif"/>
            <w:color w:val="000000"/>
          </w:rPr>
          <w:t>agitatio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spirituum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Asininam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melancholiam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7">
        <w:r>
          <w:rPr>
            <w:rFonts w:ascii="DejaVu Serif" w:hAnsi="DejaVu Serif"/>
            <w:color w:val="000000"/>
          </w:rPr>
          <w:t>melancholia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asinina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astrum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hominis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8">
        <w:r>
          <w:rPr>
            <w:rFonts w:ascii="DejaVu Serif" w:hAnsi="DejaVu Serif"/>
            <w:color w:val="000000"/>
          </w:rPr>
          <w:t>astrum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hominis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atra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bilis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1">
        <w:r>
          <w:rPr>
            <w:rFonts w:ascii="DejaVu Serif" w:hAnsi="DejaVu Serif"/>
            <w:color w:val="000000"/>
          </w:rPr>
          <w:t>atra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bilis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credulitate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1">
        <w:r>
          <w:rPr>
            <w:rFonts w:ascii="DejaVu Serif" w:hAnsi="DejaVu Serif"/>
            <w:color w:val="000000"/>
          </w:rPr>
          <w:t>Credulitate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ex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0">
        <w:r>
          <w:rPr>
            <w:rFonts w:ascii="DejaVu Serif" w:hAnsi="DejaVu Serif"/>
            <w:color w:val="000000"/>
          </w:rPr>
          <w:t>Ex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ferè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2">
        <w:r>
          <w:rPr>
            <w:rFonts w:ascii="DejaVu Serif" w:hAnsi="DejaVu Serif"/>
            <w:color w:val="000000"/>
          </w:rPr>
          <w:t>ferè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læsa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6">
        <w:r>
          <w:rPr>
            <w:rFonts w:ascii="DejaVu Serif" w:hAnsi="DejaVu Serif"/>
            <w:color w:val="000000"/>
          </w:rPr>
          <w:t>imaginatio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læsa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impia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credulitate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4">
        <w:r>
          <w:rPr>
            <w:rFonts w:ascii="DejaVu Serif" w:hAnsi="DejaVu Serif"/>
            <w:color w:val="000000"/>
          </w:rPr>
          <w:t>impia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credulitate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incantationis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instar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7">
        <w:r>
          <w:rPr>
            <w:rFonts w:ascii="DejaVu Serif" w:hAnsi="DejaVu Serif"/>
            <w:color w:val="000000"/>
          </w:rPr>
          <w:t>Incantationis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instar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Lares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8">
        <w:r>
          <w:rPr>
            <w:rFonts w:ascii="DejaVu Serif" w:hAnsi="DejaVu Serif"/>
            <w:color w:val="000000"/>
          </w:rPr>
          <w:t>lar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lares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Larvæ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0">
        <w:r>
          <w:rPr>
            <w:rFonts w:ascii="DejaVu Serif" w:hAnsi="DejaVu Serif"/>
            <w:color w:val="000000"/>
          </w:rPr>
          <w:t>larva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larvae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Lemures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9">
        <w:r>
          <w:rPr>
            <w:rFonts w:ascii="DejaVu Serif" w:hAnsi="DejaVu Serif"/>
            <w:color w:val="000000"/>
          </w:rPr>
          <w:t>lemures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læsa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5">
        <w:r>
          <w:rPr>
            <w:rFonts w:ascii="DejaVu Serif" w:hAnsi="DejaVu Serif"/>
            <w:color w:val="000000"/>
          </w:rPr>
          <w:t>læsa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malus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genius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2">
        <w:r>
          <w:rPr>
            <w:rFonts w:ascii="DejaVu Serif" w:hAnsi="DejaVu Serif"/>
            <w:color w:val="000000"/>
          </w:rPr>
          <w:t>genius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3_01">
        <w:r>
          <w:rPr>
            <w:rFonts w:ascii="DejaVu Serif" w:hAnsi="DejaVu Serif"/>
            <w:color w:val="000000"/>
          </w:rPr>
          <w:t>genius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medium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deferens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2">
        <w:r>
          <w:rPr>
            <w:rFonts w:ascii="DejaVu Serif" w:hAnsi="DejaVu Serif"/>
            <w:color w:val="000000"/>
          </w:rPr>
          <w:t>medium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deferens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melancholicus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octo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8">
        <w:r>
          <w:rPr>
            <w:rFonts w:ascii="DejaVu Serif" w:hAnsi="DejaVu Serif"/>
            <w:color w:val="000000"/>
          </w:rPr>
          <w:t>melancholicus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octo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interventu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humoris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2">
        <w:r>
          <w:rPr>
            <w:rFonts w:ascii="DejaVu Serif" w:hAnsi="DejaVu Serif"/>
            <w:color w:val="000000"/>
          </w:rPr>
          <w:t>non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interventu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humoris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Philtra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6">
        <w:r>
          <w:rPr>
            <w:rFonts w:ascii="DejaVu Serif" w:hAnsi="DejaVu Serif"/>
            <w:color w:val="000000"/>
          </w:rPr>
          <w:t>Philtra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Philtrum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3">
        <w:r>
          <w:rPr>
            <w:rFonts w:ascii="DejaVu Serif" w:hAnsi="DejaVu Serif"/>
            <w:color w:val="000000"/>
          </w:rPr>
          <w:t>Philtrum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suspected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philtrum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7"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philtrum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simulachra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6">
        <w:r>
          <w:rPr>
            <w:rFonts w:ascii="DejaVu Serif" w:hAnsi="DejaVu Serif"/>
            <w:color w:val="000000"/>
          </w:rPr>
          <w:t>simulachra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spiritus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3">
        <w:r>
          <w:rPr>
            <w:rFonts w:ascii="DejaVu Serif" w:hAnsi="DejaVu Serif"/>
            <w:color w:val="000000"/>
          </w:rPr>
          <w:t>spiritus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venenatam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melancholiam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3">
        <w:r>
          <w:rPr>
            <w:rFonts w:ascii="DejaVu Serif" w:hAnsi="DejaVu Serif"/>
            <w:color w:val="000000"/>
          </w:rPr>
          <w:t>venenata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melancholia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vix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3">
        <w:r>
          <w:rPr>
            <w:rFonts w:ascii="DejaVu Serif" w:hAnsi="DejaVu Serif"/>
            <w:color w:val="000000"/>
          </w:rPr>
          <w:t>vix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bookmarkStart w:id="292" w:name="b_latin_phrase_with_english_conjuncti"/>
      <w:pPr>
        <w:pStyle w:val="Heading2"/>
      </w:pP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phrase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conjunction</w:t>
      </w:r>
      <w:bookmarkEnd w:id="292"/>
    </w:p>
    <w:p>
      <w:pPr>
        <w:pStyle w:val="ListBullet"/>
      </w:pPr>
      <w:r>
        <w:rPr>
          <w:rFonts w:ascii="DejaVu Serif" w:hAnsi="DejaVu Serif"/>
          <w:b/>
          <w:color w:val="000000"/>
        </w:rPr>
        <w:t>boni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mali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Genii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6">
        <w:r>
          <w:rPr>
            <w:rFonts w:ascii="DejaVu Serif" w:hAnsi="DejaVu Serif"/>
            <w:color w:val="000000"/>
          </w:rPr>
          <w:t>genius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genii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bookmarkStart w:id="293" w:name="b_latin_with_english_conjunction"/>
      <w:pPr>
        <w:pStyle w:val="Heading2"/>
      </w:pPr>
      <w:r>
        <w:rPr>
          <w:rFonts w:ascii="DejaVu Serif" w:hAnsi="DejaVu Serif"/>
          <w:color w:val="000000"/>
        </w:rPr>
        <w:t>Latin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with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conjunction</w:t>
      </w:r>
      <w:bookmarkEnd w:id="293"/>
    </w:p>
    <w:p>
      <w:pPr>
        <w:pStyle w:val="ListBullet"/>
      </w:pPr>
      <w:r>
        <w:rPr>
          <w:rFonts w:ascii="DejaVu Serif" w:hAnsi="DejaVu Serif"/>
          <w:b/>
          <w:color w:val="000000"/>
        </w:rPr>
        <w:t>morbus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sonticus,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Chronicus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6">
        <w:r>
          <w:rPr>
            <w:rFonts w:ascii="DejaVu Serif" w:hAnsi="DejaVu Serif"/>
            <w:color w:val="000000"/>
          </w:rPr>
          <w:t>morbus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sonticus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morbus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chronicus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bookmarkStart w:id="294" w:name="b_latinized_greek"/>
      <w:pPr>
        <w:pStyle w:val="Heading2"/>
      </w:pPr>
      <w:r>
        <w:rPr>
          <w:rFonts w:ascii="DejaVu Serif" w:hAnsi="DejaVu Serif"/>
          <w:color w:val="000000"/>
        </w:rPr>
        <w:t>Latinized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Greek</w:t>
      </w:r>
      <w:bookmarkEnd w:id="294"/>
    </w:p>
    <w:p>
      <w:pPr>
        <w:pStyle w:val="ListBullet"/>
      </w:pPr>
      <w:r>
        <w:rPr>
          <w:rFonts w:ascii="DejaVu Serif" w:hAnsi="DejaVu Serif"/>
          <w:b/>
          <w:color w:val="000000"/>
        </w:rPr>
        <w:t>Heroes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7">
        <w:r>
          <w:rPr>
            <w:rFonts w:ascii="DejaVu Serif" w:hAnsi="DejaVu Serif"/>
            <w:color w:val="000000"/>
          </w:rPr>
          <w:t>heros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heroes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bookmarkStart w:id="295" w:name="b_english_lookup"/>
      <w:pPr>
        <w:pStyle w:val="Heading1"/>
        <w:pageBreakBefore/>
      </w:pP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English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lookup</w:t>
      </w:r>
      <w:bookmarkEnd w:id="295"/>
    </w:p>
    <w:p>
      <w:pPr/>
      <w:r>
        <w:rPr>
          <w:rFonts w:ascii="DejaVu Serif" w:hAnsi="DejaVu Serif"/>
          <w:color w:val="000000"/>
        </w:rPr>
        <w:t>These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are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checked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local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from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supplied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modern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or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its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translation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of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historical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marginal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material.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contextual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expression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does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not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establish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a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uniform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rendering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throughout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the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work.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complete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cure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3">
        <w:r>
          <w:rPr>
            <w:rFonts w:ascii="DejaVu Serif" w:hAnsi="DejaVu Serif"/>
            <w:color w:val="000000"/>
          </w:rPr>
          <w:t>cure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relief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destructive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inquisitiveness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0"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pernicious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curiosity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2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passing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state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5"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disposition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serious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chronic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illness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6">
        <w:r>
          <w:rPr>
            <w:rFonts w:ascii="DejaVu Serif" w:hAnsi="DejaVu Serif"/>
            <w:color w:val="000000"/>
          </w:rPr>
          <w:t>morbus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sonticus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morbus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chronicus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4">
        <w:r>
          <w:rPr>
            <w:rFonts w:ascii="DejaVu Serif" w:hAnsi="DejaVu Serif"/>
            <w:color w:val="000000"/>
          </w:rPr>
          <w:t>Beauty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acquired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3">
        <w:r>
          <w:rPr>
            <w:rFonts w:ascii="DejaVu Serif" w:hAnsi="DejaVu Serif"/>
            <w:color w:val="000000"/>
          </w:rPr>
          <w:t>acquisite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acquired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acquired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6">
        <w:r>
          <w:rPr>
            <w:rFonts w:ascii="DejaVu Serif" w:hAnsi="DejaVu Serif"/>
            <w:color w:val="000000"/>
          </w:rPr>
          <w:t>adventitious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adventitious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2">
        <w:r>
          <w:rPr>
            <w:rFonts w:ascii="DejaVu Serif" w:hAnsi="DejaVu Serif"/>
            <w:color w:val="000000"/>
          </w:rPr>
          <w:t>adventitious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almost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2">
        <w:r>
          <w:rPr>
            <w:rFonts w:ascii="DejaVu Serif" w:hAnsi="DejaVu Serif"/>
            <w:color w:val="000000"/>
          </w:rPr>
          <w:t>ferè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alone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3">
        <w:r>
          <w:rPr>
            <w:rFonts w:ascii="DejaVu Serif" w:hAnsi="DejaVu Serif"/>
            <w:color w:val="000000"/>
          </w:rPr>
          <w:t>alone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established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condition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5">
        <w:r>
          <w:rPr>
            <w:rFonts w:ascii="DejaVu Serif" w:hAnsi="DejaVu Serif"/>
            <w:color w:val="000000"/>
          </w:rPr>
          <w:t>habit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habit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1_26">
        <w:r>
          <w:rPr>
            <w:rFonts w:ascii="DejaVu Serif" w:hAnsi="DejaVu Serif"/>
            <w:color w:val="000000"/>
          </w:rPr>
          <w:t>habit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habit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illegitimate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offshoot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7"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bastard-branch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kinde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impaired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6">
        <w:r>
          <w:rPr>
            <w:rFonts w:ascii="DejaVu Serif" w:hAnsi="DejaVu Serif"/>
            <w:color w:val="000000"/>
          </w:rPr>
          <w:t>imaginatio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læsa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BAL-0002;</w:t>
      </w:r>
      <w:r>
        <w:rPr>
          <w:rFonts w:ascii="DejaVu Serif" w:hAnsi="DejaVu Serif"/>
          <w:color w:val="000000"/>
        </w:rPr>
        <w:t xml:space="preserve"> </w:t>
      </w:r>
      <w:hyperlink w:anchor="b_blv_0002_07">
        <w:r>
          <w:rPr>
            <w:rFonts w:ascii="DejaVu Serif" w:hAnsi="DejaVu Serif"/>
            <w:color w:val="000000"/>
          </w:rPr>
          <w:t>corrupt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9"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3"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another’s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4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influence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between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persons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artificially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produced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5">
        <w:r>
          <w:rPr>
            <w:rFonts w:ascii="DejaVu Serif" w:hAnsi="DejaVu Serif"/>
            <w:color w:val="000000"/>
          </w:rPr>
          <w:t>artificial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Asinine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7">
        <w:r>
          <w:rPr>
            <w:rFonts w:ascii="DejaVu Serif" w:hAnsi="DejaVu Serif"/>
            <w:color w:val="000000"/>
          </w:rPr>
          <w:t>melancholia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asinina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astrolabe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5">
        <w:r>
          <w:rPr>
            <w:rFonts w:ascii="DejaVu Serif" w:hAnsi="DejaVu Serif"/>
            <w:color w:val="000000"/>
          </w:rPr>
          <w:t>Astrolabe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Bewitched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8">
        <w:r>
          <w:rPr>
            <w:rFonts w:ascii="DejaVu Serif" w:hAnsi="DejaVu Serif"/>
            <w:color w:val="000000"/>
          </w:rPr>
          <w:t>Bewitched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fame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bewitched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1">
        <w:r>
          <w:rPr>
            <w:rFonts w:ascii="DejaVu Serif" w:hAnsi="DejaVu Serif"/>
            <w:color w:val="000000"/>
          </w:rPr>
          <w:t>Malificiated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black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bile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1">
        <w:r>
          <w:rPr>
            <w:rFonts w:ascii="DejaVu Serif" w:hAnsi="DejaVu Serif"/>
            <w:color w:val="000000"/>
          </w:rPr>
          <w:t>atra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bilis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1_09">
        <w:r>
          <w:rPr>
            <w:rFonts w:ascii="DejaVu Serif" w:hAnsi="DejaVu Serif"/>
            <w:color w:val="000000"/>
          </w:rPr>
          <w:t>Printed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etymological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expression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Μελαιναχόλη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1_10">
        <w:r>
          <w:rPr>
            <w:rFonts w:ascii="DejaVu Serif" w:hAnsi="DejaVu Serif"/>
            <w:color w:val="000000"/>
          </w:rPr>
          <w:t>black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choler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brain’s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middle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chamber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9">
        <w:r>
          <w:rPr>
            <w:rFonts w:ascii="DejaVu Serif" w:hAnsi="DejaVu Serif"/>
            <w:color w:val="000000"/>
          </w:rPr>
          <w:t>middle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cell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Brain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brood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corners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9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burning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7">
        <w:r>
          <w:rPr>
            <w:rFonts w:ascii="DejaVu Serif" w:hAnsi="DejaVu Serif"/>
            <w:color w:val="000000"/>
          </w:rPr>
          <w:t>adustion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burnt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6">
        <w:r>
          <w:rPr>
            <w:rFonts w:ascii="DejaVu Serif" w:hAnsi="DejaVu Serif"/>
            <w:color w:val="000000"/>
          </w:rPr>
          <w:t>adust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sign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5">
        <w:r>
          <w:rPr>
            <w:rFonts w:ascii="DejaVu Serif" w:hAnsi="DejaVu Serif"/>
            <w:color w:val="000000"/>
          </w:rPr>
          <w:t>cause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sign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3">
        <w:r>
          <w:rPr>
            <w:rFonts w:ascii="DejaVu Serif" w:hAnsi="DejaVu Serif"/>
            <w:color w:val="000000"/>
          </w:rPr>
          <w:t>Christ’s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name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BAL-0005;</w:t>
      </w:r>
      <w:r>
        <w:rPr>
          <w:rFonts w:ascii="DejaVu Serif" w:hAnsi="DejaVu Serif"/>
          <w:color w:val="000000"/>
        </w:rPr>
        <w:t xml:space="preserve"> </w:t>
      </w:r>
      <w:hyperlink w:anchor="b_blv_0005_15">
        <w:r>
          <w:rPr>
            <w:rFonts w:ascii="DejaVu Serif" w:hAnsi="DejaVu Serif"/>
            <w:color w:val="000000"/>
          </w:rPr>
          <w:t>Scripture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BAL-0005;</w:t>
      </w:r>
      <w:r>
        <w:rPr>
          <w:rFonts w:ascii="DejaVu Serif" w:hAnsi="DejaVu Serif"/>
          <w:color w:val="000000"/>
        </w:rPr>
        <w:t xml:space="preserve"> </w:t>
      </w:r>
      <w:hyperlink w:anchor="b_blv_0005_16">
        <w:r>
          <w:rPr>
            <w:rFonts w:ascii="DejaVu Serif" w:hAnsi="DejaVu Serif"/>
            <w:color w:val="000000"/>
          </w:rPr>
          <w:t>Counsel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miseries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1">
        <w:r>
          <w:rPr>
            <w:rFonts w:ascii="DejaVu Serif" w:hAnsi="DejaVu Serif"/>
            <w:color w:val="000000"/>
          </w:rPr>
          <w:t>Repentance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devil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0">
        <w:r>
          <w:rPr>
            <w:rFonts w:ascii="DejaVu Serif" w:hAnsi="DejaVu Serif"/>
            <w:color w:val="000000"/>
          </w:rPr>
          <w:t>Mercy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5">
        <w:r>
          <w:rPr>
            <w:rFonts w:ascii="DejaVu Serif" w:hAnsi="DejaVu Serif"/>
            <w:color w:val="000000"/>
          </w:rPr>
          <w:t>Charmer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1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belief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BAL-0005;</w:t>
      </w:r>
      <w:r>
        <w:rPr>
          <w:rFonts w:ascii="DejaVu Serif" w:hAnsi="DejaVu Serif"/>
          <w:color w:val="000000"/>
        </w:rPr>
        <w:t xml:space="preserve"> </w:t>
      </w:r>
      <w:hyperlink w:anchor="b_blv_0005_02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magical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practice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BAL-0005;</w:t>
      </w:r>
      <w:r>
        <w:rPr>
          <w:rFonts w:ascii="DejaVu Serif" w:hAnsi="DejaVu Serif"/>
          <w:color w:val="000000"/>
        </w:rPr>
        <w:t xml:space="preserve"> </w:t>
      </w:r>
      <w:hyperlink w:anchor="b_blv_0005_14">
        <w:r>
          <w:rPr>
            <w:rFonts w:ascii="DejaVu Serif" w:hAnsi="DejaVu Serif"/>
            <w:color w:val="000000"/>
          </w:rPr>
          <w:t>Charm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senses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chastity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9">
        <w:r>
          <w:rPr>
            <w:rFonts w:ascii="DejaVu Serif" w:hAnsi="DejaVu Serif"/>
            <w:color w:val="000000"/>
          </w:rPr>
          <w:t>honesty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conceal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6">
        <w:r>
          <w:rPr>
            <w:rFonts w:ascii="DejaVu Serif" w:hAnsi="DejaVu Serif"/>
            <w:color w:val="000000"/>
          </w:rPr>
          <w:t>dissemble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conjurers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3">
        <w:r>
          <w:rPr>
            <w:rFonts w:ascii="DejaVu Serif" w:hAnsi="DejaVu Serif"/>
            <w:color w:val="000000"/>
          </w:rPr>
          <w:t>Conjurer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conveying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medium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2">
        <w:r>
          <w:rPr>
            <w:rFonts w:ascii="DejaVu Serif" w:hAnsi="DejaVu Serif"/>
            <w:color w:val="000000"/>
          </w:rPr>
          <w:t>medium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deferens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counterfeit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0">
        <w:r>
          <w:rPr>
            <w:rFonts w:ascii="DejaVu Serif" w:hAnsi="DejaVu Serif"/>
            <w:color w:val="000000"/>
          </w:rPr>
          <w:t>Counterfeit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credulity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1">
        <w:r>
          <w:rPr>
            <w:rFonts w:ascii="DejaVu Serif" w:hAnsi="DejaVu Serif"/>
            <w:color w:val="000000"/>
          </w:rPr>
          <w:t>Credulitate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cursed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bewitched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2">
        <w:r>
          <w:rPr>
            <w:rFonts w:ascii="DejaVu Serif" w:hAnsi="DejaVu Serif"/>
            <w:color w:val="000000"/>
          </w:rPr>
          <w:t>Forespoken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daimones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5">
        <w:r>
          <w:rPr>
            <w:rFonts w:ascii="DejaVu Serif" w:hAnsi="DejaVu Serif"/>
            <w:color w:val="000000"/>
          </w:rPr>
          <w:t>daemon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daimon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different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meanings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4">
        <w:r>
          <w:rPr>
            <w:rFonts w:ascii="DejaVu Serif" w:hAnsi="DejaVu Serif"/>
            <w:color w:val="000000"/>
          </w:rPr>
          <w:t>Æquivocations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disbelief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4">
        <w:r>
          <w:rPr>
            <w:rFonts w:ascii="DejaVu Serif" w:hAnsi="DejaVu Serif"/>
            <w:color w:val="000000"/>
          </w:rPr>
          <w:t>Incredulity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disordered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8">
        <w:r>
          <w:rPr>
            <w:rFonts w:ascii="DejaVu Serif" w:hAnsi="DejaVu Serif"/>
            <w:color w:val="000000"/>
          </w:rPr>
          <w:t>crased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disregard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7">
        <w:r>
          <w:rPr>
            <w:rFonts w:ascii="DejaVu Serif" w:hAnsi="DejaVu Serif"/>
            <w:color w:val="000000"/>
          </w:rPr>
          <w:t>contemn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3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excellence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BAL-0003;</w:t>
      </w:r>
      <w:r>
        <w:rPr>
          <w:rFonts w:ascii="DejaVu Serif" w:hAnsi="DejaVu Serif"/>
          <w:color w:val="000000"/>
        </w:rPr>
        <w:t xml:space="preserve"> </w:t>
      </w:r>
      <w:hyperlink w:anchor="b_blv_0003_38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devotion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divine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4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excellence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dulls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their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5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vigour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Ecstasy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9">
        <w:r>
          <w:rPr>
            <w:rFonts w:ascii="DejaVu Serif" w:hAnsi="DejaVu Serif"/>
            <w:color w:val="000000"/>
          </w:rPr>
          <w:t>ecstasy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efficient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cause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5">
        <w:r>
          <w:rPr>
            <w:rFonts w:ascii="DejaVu Serif" w:hAnsi="DejaVu Serif"/>
            <w:color w:val="000000"/>
          </w:rPr>
          <w:t>Efficient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enchanters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4">
        <w:r>
          <w:rPr>
            <w:rFonts w:ascii="DejaVu Serif" w:hAnsi="DejaVu Serif"/>
            <w:color w:val="000000"/>
          </w:rPr>
          <w:t>Enchanter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end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6">
        <w:r>
          <w:rPr>
            <w:rFonts w:ascii="DejaVu Serif" w:hAnsi="DejaVu Serif"/>
            <w:color w:val="000000"/>
          </w:rPr>
          <w:t>End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Essence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roses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7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essence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evil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2">
        <w:r>
          <w:rPr>
            <w:rFonts w:ascii="DejaVu Serif" w:hAnsi="DejaVu Serif"/>
            <w:color w:val="000000"/>
          </w:rPr>
          <w:t>genius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3_01">
        <w:r>
          <w:rPr>
            <w:rFonts w:ascii="DejaVu Serif" w:hAnsi="DejaVu Serif"/>
            <w:color w:val="000000"/>
          </w:rPr>
          <w:t>genius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evil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2">
        <w:r>
          <w:rPr>
            <w:rFonts w:ascii="DejaVu Serif" w:hAnsi="DejaVu Serif"/>
            <w:color w:val="000000"/>
          </w:rPr>
          <w:t>evil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extremely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fine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vapour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5">
        <w:r>
          <w:rPr>
            <w:rFonts w:ascii="DejaVu Serif" w:hAnsi="DejaVu Serif"/>
            <w:color w:val="000000"/>
          </w:rPr>
          <w:t>subtle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vapour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faithful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8">
        <w:r>
          <w:rPr>
            <w:rFonts w:ascii="DejaVu Serif" w:hAnsi="DejaVu Serif"/>
            <w:color w:val="000000"/>
          </w:rPr>
          <w:t>honest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Fancy,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1">
        <w:r>
          <w:rPr>
            <w:rFonts w:ascii="DejaVu Serif" w:hAnsi="DejaVu Serif"/>
            <w:color w:val="000000"/>
          </w:rPr>
          <w:t>Phantasie,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fell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despair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8">
        <w:r>
          <w:rPr>
            <w:rFonts w:ascii="DejaVu Serif" w:hAnsi="DejaVu Serif"/>
            <w:color w:val="000000"/>
          </w:rPr>
          <w:t>Desperate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fellow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rivals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5">
        <w:r>
          <w:rPr>
            <w:rFonts w:ascii="DejaVu Serif" w:hAnsi="DejaVu Serif"/>
            <w:color w:val="000000"/>
          </w:rPr>
          <w:t>corrivals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finer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2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from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Deficiency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4">
        <w:r>
          <w:rPr>
            <w:rFonts w:ascii="DejaVu Serif" w:hAnsi="DejaVu Serif"/>
            <w:color w:val="000000"/>
          </w:rPr>
          <w:t>Defect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from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agitation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7">
        <w:r>
          <w:rPr>
            <w:rFonts w:ascii="DejaVu Serif" w:hAnsi="DejaVu Serif"/>
            <w:color w:val="000000"/>
          </w:rPr>
          <w:t>agitatio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spirituum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front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part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brain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7">
        <w:r>
          <w:rPr>
            <w:rFonts w:ascii="DejaVu Serif" w:hAnsi="DejaVu Serif"/>
            <w:color w:val="000000"/>
          </w:rPr>
          <w:t>Foremost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brain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generally,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unless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otherwise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relieved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1">
        <w:r>
          <w:rPr>
            <w:rFonts w:ascii="DejaVu Serif" w:hAnsi="DejaVu Serif"/>
            <w:color w:val="000000"/>
          </w:rPr>
          <w:t>most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not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otherwise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relieved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generous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3">
        <w:r>
          <w:rPr>
            <w:rFonts w:ascii="DejaVu Serif" w:hAnsi="DejaVu Serif"/>
            <w:color w:val="000000"/>
          </w:rPr>
          <w:t>free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good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evil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guardian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6">
        <w:r>
          <w:rPr>
            <w:rFonts w:ascii="DejaVu Serif" w:hAnsi="DejaVu Serif"/>
            <w:color w:val="000000"/>
          </w:rPr>
          <w:t>genius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genii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grotesques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0">
        <w:r>
          <w:rPr>
            <w:rFonts w:ascii="DejaVu Serif" w:hAnsi="DejaVu Serif"/>
            <w:color w:val="000000"/>
          </w:rPr>
          <w:t>Anticks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groundless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9">
        <w:r>
          <w:rPr>
            <w:rFonts w:ascii="DejaVu Serif" w:hAnsi="DejaVu Serif"/>
            <w:color w:val="000000"/>
          </w:rPr>
          <w:t>causlesse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head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3">
        <w:r>
          <w:rPr>
            <w:rFonts w:ascii="DejaVu Serif" w:hAnsi="DejaVu Serif"/>
            <w:color w:val="000000"/>
          </w:rPr>
          <w:t>head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Heroes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7">
        <w:r>
          <w:rPr>
            <w:rFonts w:ascii="DejaVu Serif" w:hAnsi="DejaVu Serif"/>
            <w:color w:val="000000"/>
          </w:rPr>
          <w:t>heros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heroes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hypochondriacal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windy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4">
        <w:r>
          <w:rPr>
            <w:rFonts w:ascii="DejaVu Serif" w:hAnsi="DejaVu Serif"/>
            <w:color w:val="000000"/>
          </w:rPr>
          <w:t>hypochondriacal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illegitimate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offshoot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6">
        <w:r>
          <w:rPr>
            <w:rFonts w:ascii="DejaVu Serif" w:hAnsi="DejaVu Serif"/>
            <w:color w:val="000000"/>
          </w:rPr>
          <w:t>bastard-branch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6">
        <w:r>
          <w:rPr>
            <w:rFonts w:ascii="DejaVu Serif" w:hAnsi="DejaVu Serif"/>
            <w:color w:val="000000"/>
          </w:rPr>
          <w:t>simulachra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9">
        <w:r>
          <w:rPr>
            <w:rFonts w:ascii="DejaVu Serif" w:hAnsi="DejaVu Serif"/>
            <w:color w:val="000000"/>
          </w:rPr>
          <w:t>Phantasie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drives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0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instrumental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movement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Immaterial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2">
        <w:r>
          <w:rPr>
            <w:rFonts w:ascii="DejaVu Serif" w:hAnsi="DejaVu Serif"/>
            <w:color w:val="000000"/>
          </w:rPr>
          <w:t>immaterial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3_11">
        <w:r>
          <w:rPr>
            <w:rFonts w:ascii="DejaVu Serif" w:hAnsi="DejaVu Serif"/>
            <w:color w:val="000000"/>
          </w:rPr>
          <w:t>immaterial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immediately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effective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22">
        <w:r>
          <w:rPr>
            <w:rFonts w:ascii="DejaVu Serif" w:hAnsi="DejaVu Serif"/>
            <w:color w:val="000000"/>
          </w:rPr>
          <w:t>Present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impaired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5">
        <w:r>
          <w:rPr>
            <w:rFonts w:ascii="DejaVu Serif" w:hAnsi="DejaVu Serif"/>
            <w:color w:val="000000"/>
          </w:rPr>
          <w:t>læsa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Imaginatio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impious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credulity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4">
        <w:r>
          <w:rPr>
            <w:rFonts w:ascii="DejaVu Serif" w:hAnsi="DejaVu Serif"/>
            <w:color w:val="000000"/>
          </w:rPr>
          <w:t>impia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credulitate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implicit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explicit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pact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0">
        <w:r>
          <w:rPr>
            <w:rFonts w:ascii="DejaVu Serif" w:hAnsi="DejaVu Serif"/>
            <w:color w:val="000000"/>
          </w:rPr>
          <w:t>Ex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parte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good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time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4">
        <w:r>
          <w:rPr>
            <w:rFonts w:ascii="DejaVu Serif" w:hAnsi="DejaVu Serif"/>
            <w:color w:val="000000"/>
          </w:rPr>
          <w:t>maturely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itself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9"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essence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private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life,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prison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6">
        <w:r>
          <w:rPr>
            <w:rFonts w:ascii="DejaVu Serif" w:hAnsi="DejaVu Serif"/>
            <w:color w:val="000000"/>
          </w:rPr>
          <w:t>private,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not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prison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incubus,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“</w:t>
      </w:r>
      <w:r>
        <w:rPr>
          <w:rFonts w:ascii="DejaVu Serif" w:hAnsi="DejaVu Serif"/>
          <w:b/>
          <w:color w:val="000000"/>
        </w:rPr>
        <w:t>witch-ridden,</w:t>
      </w:r>
      <w:r>
        <w:rPr>
          <w:rFonts w:ascii="DejaVu Serif" w:hAnsi="DejaVu Serif"/>
          <w:b/>
          <w:color w:val="000000"/>
        </w:rPr>
        <w:t>”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4">
        <w:r>
          <w:rPr>
            <w:rFonts w:ascii="DejaVu Serif" w:hAnsi="DejaVu Serif"/>
            <w:color w:val="000000"/>
          </w:rPr>
          <w:t>Incubus,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Witch-ridden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Jealousy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2">
        <w:r>
          <w:rPr>
            <w:rFonts w:ascii="DejaVu Serif" w:hAnsi="DejaVu Serif"/>
            <w:color w:val="000000"/>
          </w:rPr>
          <w:t>Jealousie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knowing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cuckold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4">
        <w:r>
          <w:rPr>
            <w:rFonts w:ascii="DejaVu Serif" w:hAnsi="DejaVu Serif"/>
            <w:color w:val="000000"/>
          </w:rPr>
          <w:t>wittall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Lares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8">
        <w:r>
          <w:rPr>
            <w:rFonts w:ascii="DejaVu Serif" w:hAnsi="DejaVu Serif"/>
            <w:color w:val="000000"/>
          </w:rPr>
          <w:t>lar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lares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Larvae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0">
        <w:r>
          <w:rPr>
            <w:rFonts w:ascii="DejaVu Serif" w:hAnsi="DejaVu Serif"/>
            <w:color w:val="000000"/>
          </w:rPr>
          <w:t>larva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/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larvae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Lemures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9">
        <w:r>
          <w:rPr>
            <w:rFonts w:ascii="DejaVu Serif" w:hAnsi="DejaVu Serif"/>
            <w:color w:val="000000"/>
          </w:rPr>
          <w:t>lemures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lest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should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fall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someone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else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3">
        <w:r>
          <w:rPr>
            <w:rFonts w:ascii="DejaVu Serif" w:hAnsi="DejaVu Serif"/>
            <w:color w:val="000000"/>
          </w:rPr>
          <w:t>lest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she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should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enamoured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another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life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itself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3">
        <w:r>
          <w:rPr>
            <w:rFonts w:ascii="DejaVu Serif" w:hAnsi="DejaVu Serif"/>
            <w:color w:val="000000"/>
          </w:rPr>
          <w:t>spiritus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like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incantation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7">
        <w:r>
          <w:rPr>
            <w:rFonts w:ascii="DejaVu Serif" w:hAnsi="DejaVu Serif"/>
            <w:color w:val="000000"/>
          </w:rPr>
          <w:t>Incantationis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instar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2">
        <w:r>
          <w:rPr>
            <w:rFonts w:ascii="DejaVu Serif" w:hAnsi="DejaVu Serif"/>
            <w:color w:val="000000"/>
          </w:rPr>
          <w:t>Philter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6_03">
        <w:r>
          <w:rPr>
            <w:rFonts w:ascii="DejaVu Serif" w:hAnsi="DejaVu Serif"/>
            <w:color w:val="000000"/>
          </w:rPr>
          <w:t>Philtrum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suspected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6_07"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philtrum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potions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1">
        <w:r>
          <w:rPr>
            <w:rFonts w:ascii="DejaVu Serif" w:hAnsi="DejaVu Serif"/>
            <w:color w:val="000000"/>
          </w:rPr>
          <w:t>Philter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6_06">
        <w:r>
          <w:rPr>
            <w:rFonts w:ascii="DejaVu Serif" w:hAnsi="DejaVu Serif"/>
            <w:color w:val="000000"/>
          </w:rPr>
          <w:t>Philtra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6_08">
        <w:r>
          <w:rPr>
            <w:rFonts w:ascii="DejaVu Serif" w:hAnsi="DejaVu Serif"/>
            <w:color w:val="000000"/>
          </w:rPr>
          <w:t>Philters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sexual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capacity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BAL-0006;</w:t>
      </w:r>
      <w:r>
        <w:rPr>
          <w:rFonts w:ascii="DejaVu Serif" w:hAnsi="DejaVu Serif"/>
          <w:color w:val="000000"/>
        </w:rPr>
        <w:t xml:space="preserve"> </w:t>
      </w:r>
      <w:hyperlink w:anchor="b_blv_0007_15"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love-charms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9">
        <w:r>
          <w:rPr>
            <w:rFonts w:ascii="DejaVu Serif" w:hAnsi="DejaVu Serif"/>
            <w:color w:val="000000"/>
          </w:rPr>
          <w:t>Cleopatra’s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magical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2">
        <w:r>
          <w:rPr>
            <w:rFonts w:ascii="DejaVu Serif" w:hAnsi="DejaVu Serif"/>
            <w:color w:val="000000"/>
          </w:rPr>
          <w:t>Magical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combat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magicians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2">
        <w:r>
          <w:rPr>
            <w:rFonts w:ascii="DejaVu Serif" w:hAnsi="DejaVu Serif"/>
            <w:color w:val="000000"/>
          </w:rPr>
          <w:t>Magician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martial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6">
        <w:r>
          <w:rPr>
            <w:rFonts w:ascii="DejaVu Serif" w:hAnsi="DejaVu Serif"/>
            <w:color w:val="000000"/>
          </w:rPr>
          <w:t>martial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material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0">
        <w:r>
          <w:rPr>
            <w:rFonts w:ascii="DejaVu Serif" w:hAnsi="DejaVu Serif"/>
            <w:color w:val="000000"/>
          </w:rPr>
          <w:t>material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melancholia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8">
        <w:r>
          <w:rPr>
            <w:rFonts w:ascii="DejaVu Serif" w:hAnsi="DejaVu Serif"/>
            <w:color w:val="000000"/>
          </w:rPr>
          <w:t>μελαγχολία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melancholic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eighth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degree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8">
        <w:r>
          <w:rPr>
            <w:rFonts w:ascii="DejaVu Serif" w:hAnsi="DejaVu Serif"/>
            <w:color w:val="000000"/>
          </w:rPr>
          <w:t>melancholicus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octo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melancholizing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3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7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mental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derangement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7">
        <w:r>
          <w:rPr>
            <w:rFonts w:ascii="DejaVu Serif" w:hAnsi="DejaVu Serif"/>
            <w:color w:val="000000"/>
          </w:rPr>
          <w:t>dotage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mental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objects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4">
        <w:r>
          <w:rPr>
            <w:rFonts w:ascii="DejaVu Serif" w:hAnsi="DejaVu Serif"/>
            <w:color w:val="000000"/>
          </w:rPr>
          <w:t>species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objects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monstrous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1">
        <w:r>
          <w:rPr>
            <w:rFonts w:ascii="DejaVu Serif" w:hAnsi="DejaVu Serif"/>
            <w:color w:val="000000"/>
          </w:rPr>
          <w:t>monstrous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though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1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1">
        <w:r>
          <w:rPr>
            <w:rFonts w:ascii="DejaVu Serif" w:hAnsi="DejaVu Serif"/>
            <w:color w:val="000000"/>
          </w:rPr>
          <w:t>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Natural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7">
        <w:r>
          <w:rPr>
            <w:rFonts w:ascii="DejaVu Serif" w:hAnsi="DejaVu Serif"/>
            <w:color w:val="000000"/>
          </w:rPr>
          <w:t>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necessity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3">
        <w:r>
          <w:rPr>
            <w:rFonts w:ascii="DejaVu Serif" w:hAnsi="DejaVu Serif"/>
            <w:color w:val="000000"/>
          </w:rPr>
          <w:t>necessity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nepenthe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8">
        <w:r>
          <w:rPr>
            <w:rFonts w:ascii="DejaVu Serif" w:hAnsi="DejaVu Serif"/>
            <w:color w:val="000000"/>
          </w:rPr>
          <w:t>Nepenthe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not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without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intervention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humour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2">
        <w:r>
          <w:rPr>
            <w:rFonts w:ascii="DejaVu Serif" w:hAnsi="DejaVu Serif"/>
            <w:color w:val="000000"/>
          </w:rPr>
          <w:t>non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interventu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humoris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obscured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9">
        <w:r>
          <w:rPr>
            <w:rFonts w:ascii="DejaVu Serif" w:hAnsi="DejaVu Serif"/>
            <w:color w:val="000000"/>
          </w:rPr>
          <w:t>darkened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1">
        <w:r>
          <w:rPr>
            <w:rFonts w:ascii="DejaVu Serif" w:hAnsi="DejaVu Serif"/>
            <w:color w:val="000000"/>
          </w:rPr>
          <w:t>in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kinde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imaginations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0">
        <w:r>
          <w:rPr>
            <w:rFonts w:ascii="DejaVu Serif" w:hAnsi="DejaVu Serif"/>
            <w:color w:val="000000"/>
          </w:rPr>
          <w:t>our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phantasies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lady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1">
        <w:r>
          <w:rPr>
            <w:rFonts w:ascii="DejaVu Serif" w:hAnsi="DejaVu Serif"/>
            <w:color w:val="000000"/>
          </w:rPr>
          <w:t>dame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our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2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physiological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pact,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obligation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7">
        <w:r>
          <w:rPr>
            <w:rFonts w:ascii="DejaVu Serif" w:hAnsi="DejaVu Serif"/>
            <w:color w:val="000000"/>
          </w:rPr>
          <w:t>Compact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obligation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Perhaps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4">
        <w:r>
          <w:rPr>
            <w:rFonts w:ascii="DejaVu Serif" w:hAnsi="DejaVu Serif"/>
            <w:color w:val="000000"/>
          </w:rPr>
          <w:t>Happily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poisoned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3">
        <w:r>
          <w:rPr>
            <w:rFonts w:ascii="DejaVu Serif" w:hAnsi="DejaVu Serif"/>
            <w:color w:val="000000"/>
          </w:rPr>
          <w:t>venenata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melancholia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BAL-0001;</w:t>
      </w:r>
      <w:r>
        <w:rPr>
          <w:rFonts w:ascii="DejaVu Serif" w:hAnsi="DejaVu Serif"/>
          <w:color w:val="000000"/>
        </w:rPr>
        <w:t xml:space="preserve"> </w:t>
      </w:r>
      <w:hyperlink w:anchor="b_blv_0001_42">
        <w:r>
          <w:rPr>
            <w:rFonts w:ascii="DejaVu Serif" w:hAnsi="DejaVu Serif"/>
            <w:color w:val="000000"/>
          </w:rPr>
          <w:t>poisoned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power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8">
        <w:r>
          <w:rPr>
            <w:rFonts w:ascii="DejaVu Serif" w:hAnsi="DejaVu Serif"/>
            <w:color w:val="000000"/>
          </w:rPr>
          <w:t>Virtue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powerful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conviction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6">
        <w:r>
          <w:rPr>
            <w:rFonts w:ascii="DejaVu Serif" w:hAnsi="DejaVu Serif"/>
            <w:color w:val="000000"/>
          </w:rPr>
          <w:t>Strong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conceit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private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9">
        <w:r>
          <w:rPr>
            <w:rFonts w:ascii="DejaVu Serif" w:hAnsi="DejaVu Serif"/>
            <w:color w:val="000000"/>
          </w:rPr>
          <w:t>private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Prognostics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1">
        <w:r>
          <w:rPr>
            <w:rFonts w:ascii="DejaVu Serif" w:hAnsi="DejaVu Serif"/>
            <w:color w:val="000000"/>
          </w:rPr>
          <w:t>Prognosticks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against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stabbing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3">
        <w:r>
          <w:rPr>
            <w:rFonts w:ascii="DejaVu Serif" w:hAnsi="DejaVu Serif"/>
            <w:color w:val="000000"/>
          </w:rPr>
          <w:t>Stick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free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Proteus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chameleon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7">
        <w:r>
          <w:rPr>
            <w:rFonts w:ascii="DejaVu Serif" w:hAnsi="DejaVu Serif"/>
            <w:color w:val="000000"/>
          </w:rPr>
          <w:t>Proteus,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Cameleon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charms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9">
        <w:r>
          <w:rPr>
            <w:rFonts w:ascii="DejaVu Serif" w:hAnsi="DejaVu Serif"/>
            <w:color w:val="000000"/>
          </w:rPr>
          <w:t>True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charms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rejected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7">
        <w:r>
          <w:rPr>
            <w:rFonts w:ascii="DejaVu Serif" w:hAnsi="DejaVu Serif"/>
            <w:color w:val="000000"/>
          </w:rPr>
          <w:t>Exploded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religious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40">
        <w:r>
          <w:rPr>
            <w:rFonts w:ascii="DejaVu Serif" w:hAnsi="DejaVu Serif"/>
            <w:color w:val="000000"/>
          </w:rPr>
          <w:t>religious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scarcely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3">
        <w:r>
          <w:rPr>
            <w:rFonts w:ascii="DejaVu Serif" w:hAnsi="DejaVu Serif"/>
            <w:color w:val="000000"/>
          </w:rPr>
          <w:t>vix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secondarily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8">
        <w:r>
          <w:rPr>
            <w:rFonts w:ascii="DejaVu Serif" w:hAnsi="DejaVu Serif"/>
            <w:color w:val="000000"/>
          </w:rPr>
          <w:t>by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consent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sensory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forms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things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1">
        <w:r>
          <w:rPr>
            <w:rFonts w:ascii="DejaVu Serif" w:hAnsi="DejaVu Serif"/>
            <w:color w:val="000000"/>
          </w:rPr>
          <w:t>Species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sensible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things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siege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engines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05">
        <w:r>
          <w:rPr>
            <w:rFonts w:ascii="DejaVu Serif" w:hAnsi="DejaVu Serif"/>
            <w:color w:val="000000"/>
          </w:rPr>
          <w:t>Battering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engines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similar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potions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6_10">
        <w:r>
          <w:rPr>
            <w:rFonts w:ascii="DejaVu Serif" w:hAnsi="DejaVu Serif"/>
            <w:color w:val="000000"/>
          </w:rPr>
          <w:t>Flattery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philters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BAL-0006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sink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0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speech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suited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occasion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19">
        <w:r>
          <w:rPr>
            <w:rFonts w:ascii="DejaVu Serif" w:hAnsi="DejaVu Serif"/>
            <w:color w:val="000000"/>
          </w:rPr>
          <w:t>Opportunity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of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speech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4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physiological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BAL-0003;</w:t>
      </w:r>
      <w:r>
        <w:rPr>
          <w:rFonts w:ascii="DejaVu Serif" w:hAnsi="DejaVu Serif"/>
          <w:color w:val="000000"/>
        </w:rPr>
        <w:t xml:space="preserve"> </w:t>
      </w:r>
      <w:hyperlink w:anchor="b_blv_0003_10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divine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devils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14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supernatural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humours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8">
        <w:r>
          <w:rPr>
            <w:rFonts w:ascii="DejaVu Serif" w:hAnsi="DejaVu Serif"/>
            <w:color w:val="000000"/>
          </w:rPr>
          <w:t>spirits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humours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kind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have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already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conjured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up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2">
        <w:r>
          <w:rPr>
            <w:rFonts w:ascii="DejaVu Serif" w:hAnsi="DejaVu Serif"/>
            <w:color w:val="000000"/>
          </w:rPr>
          <w:t>conjure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spiritual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21">
        <w:r>
          <w:rPr>
            <w:rFonts w:ascii="DejaVu Serif" w:hAnsi="DejaVu Serif"/>
            <w:color w:val="000000"/>
          </w:rPr>
          <w:t>spiritual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body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strictly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loosely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04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strong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idea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impression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3">
        <w:r>
          <w:rPr>
            <w:rFonts w:ascii="DejaVu Serif" w:hAnsi="DejaVu Serif"/>
            <w:color w:val="000000"/>
          </w:rPr>
          <w:t>strong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conceit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apprehension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suspicion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7">
        <w:r>
          <w:rPr>
            <w:rFonts w:ascii="DejaVu Serif" w:hAnsi="DejaVu Serif"/>
            <w:color w:val="000000"/>
          </w:rPr>
          <w:t>suspition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BAL-0007;</w:t>
      </w:r>
      <w:r>
        <w:rPr>
          <w:rFonts w:ascii="DejaVu Serif" w:hAnsi="DejaVu Serif"/>
          <w:color w:val="000000"/>
        </w:rPr>
        <w:t xml:space="preserve"> </w:t>
      </w:r>
      <w:hyperlink w:anchor="b_blv_0007_08">
        <w:r>
          <w:rPr>
            <w:rFonts w:ascii="DejaVu Serif" w:hAnsi="DejaVu Serif"/>
            <w:color w:val="000000"/>
          </w:rPr>
          <w:t>suspect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devil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1"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supernatural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different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meanings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24"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estimative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cogitative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faculty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02">
        <w:r>
          <w:rPr>
            <w:rFonts w:ascii="DejaVu Serif" w:hAnsi="DejaVu Serif"/>
            <w:color w:val="000000"/>
          </w:rPr>
          <w:t>Æstimative,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or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Cogitative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human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being’s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star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18">
        <w:r>
          <w:rPr>
            <w:rFonts w:ascii="DejaVu Serif" w:hAnsi="DejaVu Serif"/>
            <w:color w:val="000000"/>
          </w:rPr>
          <w:t>astrum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hominis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most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godly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souls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0">
        <w:r>
          <w:rPr>
            <w:rFonts w:ascii="DejaVu Serif" w:hAnsi="DejaVu Serif"/>
            <w:color w:val="000000"/>
          </w:rPr>
          <w:t>divine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devout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person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purer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5">
        <w:r>
          <w:rPr>
            <w:rFonts w:ascii="DejaVu Serif" w:hAnsi="DejaVu Serif"/>
            <w:color w:val="000000"/>
          </w:rPr>
          <w:t>spirits: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visual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fascination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soul’s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instrument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6">
        <w:r>
          <w:rPr>
            <w:rFonts w:ascii="DejaVu Serif" w:hAnsi="DejaVu Serif"/>
            <w:color w:val="000000"/>
          </w:rPr>
          <w:t>instrument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indulge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in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melancholy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like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this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15">
        <w:r>
          <w:rPr>
            <w:rFonts w:ascii="DejaVu Serif" w:hAnsi="DejaVu Serif"/>
            <w:color w:val="000000"/>
          </w:rPr>
          <w:t>melancholize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to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sharpen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his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love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01">
        <w:r>
          <w:rPr>
            <w:rFonts w:ascii="DejaVu Serif" w:hAnsi="DejaVu Serif"/>
            <w:color w:val="000000"/>
          </w:rPr>
          <w:t>to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whetten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his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love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treat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their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wives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well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0">
        <w:r>
          <w:rPr>
            <w:rFonts w:ascii="DejaVu Serif" w:hAnsi="DejaVu Serif"/>
            <w:color w:val="000000"/>
          </w:rPr>
          <w:t>use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their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wives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well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unnatural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4">
        <w:r>
          <w:rPr>
            <w:rFonts w:ascii="DejaVu Serif" w:hAnsi="DejaVu Serif"/>
            <w:color w:val="000000"/>
          </w:rPr>
          <w:t>unnatural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vapours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of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6">
        <w:r>
          <w:rPr>
            <w:rFonts w:ascii="DejaVu Serif" w:hAnsi="DejaVu Serif"/>
            <w:color w:val="000000"/>
          </w:rPr>
          <w:t>spiritual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vapour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violence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22">
        <w:r>
          <w:rPr>
            <w:rFonts w:ascii="DejaVu Serif" w:hAnsi="DejaVu Serif"/>
            <w:color w:val="000000"/>
          </w:rPr>
          <w:t>injurie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animal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31">
        <w:r>
          <w:rPr>
            <w:rFonts w:ascii="DejaVu Serif" w:hAnsi="DejaVu Serif"/>
            <w:color w:val="000000"/>
          </w:rPr>
          <w:t>vital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animal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Vital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08">
        <w:r>
          <w:rPr>
            <w:rFonts w:ascii="DejaVu Serif" w:hAnsi="DejaVu Serif"/>
            <w:color w:val="000000"/>
          </w:rPr>
          <w:t>vital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What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the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bodily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spirits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are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3_43">
        <w:r>
          <w:rPr>
            <w:rFonts w:ascii="DejaVu Serif" w:hAnsi="DejaVu Serif"/>
            <w:color w:val="000000"/>
          </w:rPr>
          <w:t>bodily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spirits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BAL-0003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white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6">
        <w:r>
          <w:rPr>
            <w:rFonts w:ascii="DejaVu Serif" w:hAnsi="DejaVu Serif"/>
            <w:color w:val="000000"/>
          </w:rPr>
          <w:t>White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whole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body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1_38">
        <w:r>
          <w:rPr>
            <w:rFonts w:ascii="DejaVu Serif" w:hAnsi="DejaVu Serif"/>
            <w:color w:val="000000"/>
          </w:rPr>
          <w:t>whole-body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melancholy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BAL-0001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wicked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disbelief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2_23">
        <w:r>
          <w:rPr>
            <w:rFonts w:ascii="DejaVu Serif" w:hAnsi="DejaVu Serif"/>
            <w:color w:val="000000"/>
          </w:rPr>
          <w:t>wicked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incredulity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BAL-0002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5">
        <w:r>
          <w:rPr>
            <w:rFonts w:ascii="DejaVu Serif" w:hAnsi="DejaVu Serif"/>
            <w:color w:val="000000"/>
          </w:rPr>
          <w:t>Witch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an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insult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witch-ridden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7">
        <w:r>
          <w:rPr>
            <w:rFonts w:ascii="DejaVu Serif" w:hAnsi="DejaVu Serif"/>
            <w:color w:val="000000"/>
          </w:rPr>
          <w:t>Witch-ridden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witchcraft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9">
        <w:r>
          <w:rPr>
            <w:rFonts w:ascii="DejaVu Serif" w:hAnsi="DejaVu Serif"/>
            <w:color w:val="000000"/>
          </w:rPr>
          <w:t>Witchcraft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claimed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cause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BAL-0004;</w:t>
      </w:r>
      <w:r>
        <w:rPr>
          <w:rFonts w:ascii="DejaVu Serif" w:hAnsi="DejaVu Serif"/>
          <w:color w:val="000000"/>
        </w:rPr>
        <w:t xml:space="preserve"> </w:t>
      </w:r>
      <w:hyperlink w:anchor="b_blv_0004_16">
        <w:r>
          <w:rPr>
            <w:rFonts w:ascii="DejaVu Serif" w:hAnsi="DejaVu Serif"/>
            <w:color w:val="000000"/>
          </w:rPr>
          <w:t>Love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as</w:t>
        </w:r>
        <w:r>
          <w:rPr>
            <w:rFonts w:ascii="DejaVu Serif" w:hAnsi="DejaVu Serif"/>
            <w:color w:val="000000"/>
          </w:rPr>
          <w:t xml:space="preserve"> </w:t>
        </w:r>
        <w:r>
          <w:rPr>
            <w:rFonts w:ascii="DejaVu Serif" w:hAnsi="DejaVu Serif"/>
            <w:color w:val="000000"/>
          </w:rPr>
          <w:t>witchcraft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01">
        <w:r>
          <w:rPr>
            <w:rFonts w:ascii="DejaVu Serif" w:hAnsi="DejaVu Serif"/>
            <w:color w:val="000000"/>
          </w:rPr>
          <w:t>Witch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witches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4_13">
        <w:r>
          <w:rPr>
            <w:rFonts w:ascii="DejaVu Serif" w:hAnsi="DejaVu Serif"/>
            <w:color w:val="000000"/>
          </w:rPr>
          <w:t>Witchers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BAL-0004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written</w:t>
      </w:r>
      <w:r>
        <w:rPr>
          <w:rFonts w:ascii="DejaVu Serif" w:hAnsi="DejaVu Serif"/>
          <w:b/>
          <w:color w:val="000000"/>
        </w:rPr>
        <w:t xml:space="preserve"> </w:t>
      </w:r>
      <w:r>
        <w:rPr>
          <w:rFonts w:ascii="DejaVu Serif" w:hAnsi="DejaVu Serif"/>
          <w:b/>
          <w:color w:val="000000"/>
        </w:rPr>
        <w:t>symbols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5_05">
        <w:r>
          <w:rPr>
            <w:rFonts w:ascii="DejaVu Serif" w:hAnsi="DejaVu Serif"/>
            <w:color w:val="000000"/>
          </w:rPr>
          <w:t>Characters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BAL-0005</w:t>
      </w:r>
    </w:p>
    <w:p>
      <w:pPr>
        <w:pStyle w:val="ListBullet"/>
      </w:pPr>
      <w:r>
        <w:rPr>
          <w:rFonts w:ascii="DejaVu Serif" w:hAnsi="DejaVu Serif"/>
          <w:b/>
          <w:color w:val="000000"/>
        </w:rPr>
        <w:t>Yet</w:t>
      </w:r>
      <w:r>
        <w:rPr>
          <w:rFonts w:ascii="DejaVu Serif" w:hAnsi="DejaVu Serif"/>
          <w:color w:val="000000"/>
        </w:rPr>
        <w:t>:</w:t>
      </w:r>
      <w:r>
        <w:rPr>
          <w:rFonts w:ascii="DejaVu Serif" w:hAnsi="DejaVu Serif"/>
          <w:color w:val="000000"/>
        </w:rPr>
        <w:t xml:space="preserve"> </w:t>
      </w:r>
      <w:hyperlink w:anchor="b_blv_0007_12">
        <w:r>
          <w:rPr>
            <w:rFonts w:ascii="DejaVu Serif" w:hAnsi="DejaVu Serif"/>
            <w:color w:val="000000"/>
          </w:rPr>
          <w:t>Yet</w:t>
        </w:r>
      </w:hyperlink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·</w:t>
      </w:r>
      <w:r>
        <w:rPr>
          <w:rFonts w:ascii="DejaVu Serif" w:hAnsi="DejaVu Serif"/>
          <w:color w:val="000000"/>
        </w:rPr>
        <w:t xml:space="preserve"> </w:t>
      </w:r>
      <w:r>
        <w:rPr>
          <w:rFonts w:ascii="DejaVu Serif" w:hAnsi="DejaVu Serif"/>
          <w:color w:val="000000"/>
        </w:rPr>
        <w:t>BAL-0007</w:t>
      </w:r>
    </w:p>
    <w:sectPr w:rsidR="00FC693F" w:rsidRPr="0006063C" w:rsidSect="00034616">
      <w:footerReference w:type="default" r:id="rId9"/>
      <w:pgSz w:w="12240" w:h="15840"/>
      <w:pgMar w:top="1181" w:right="1296" w:bottom="1181" w:left="1296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erif" w:hAnsi="DejaVu Serif"/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DejaVu Serif" w:hAnsi="DejaVu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20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2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/>
      <w:outlineLvl w:val="2"/>
    </w:pPr>
    <w:rPr>
      <w:rFonts w:asciiTheme="majorHAnsi" w:eastAsiaTheme="majorEastAsia" w:hAnsiTheme="majorHAnsi" w:cstheme="majorBidi" w:ascii="DejaVu Serif" w:hAnsi="DejaVu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40" w:line="240" w:lineRule="auto" w:before="0"/>
      <w:contextualSpacing/>
    </w:pPr>
    <w:rPr>
      <w:rFonts w:asciiTheme="majorHAnsi" w:eastAsiaTheme="majorEastAsia" w:hAnsiTheme="majorHAnsi" w:cstheme="majorBidi" w:ascii="DejaVu Serif" w:hAnsi="DejaVu Serif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erif" w:hAnsi="DejaVu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  <w:rPr>
      <w:rFonts w:ascii="DejaVu Serif" w:hAnsi="DejaVu Serif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Burton Anatomy of Melancholy Lexicon Review Sample</dc:title>
  <dc:subject>Seven source-grounded lexicon articles for review</dc:subject>
  <dc:creator/>
  <cp:keywords>Burton, Anatomy of Melancholy, lexicon, review sample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